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14B6D" w14:textId="77777777" w:rsidR="00C01E99" w:rsidRDefault="00C01E99" w:rsidP="00C01E99">
      <w:pPr>
        <w:spacing w:after="0"/>
        <w:jc w:val="center"/>
        <w:rPr>
          <w:rFonts w:ascii="Arial" w:hAnsi="Arial" w:cs="Arial"/>
          <w:b/>
          <w:color w:val="000000"/>
          <w:sz w:val="36"/>
        </w:rPr>
      </w:pPr>
    </w:p>
    <w:p w14:paraId="49DA3B4C" w14:textId="77777777" w:rsidR="00C01E99" w:rsidRDefault="00C01E99" w:rsidP="00C01E99">
      <w:pPr>
        <w:spacing w:after="0"/>
        <w:jc w:val="center"/>
        <w:rPr>
          <w:rFonts w:ascii="Arial" w:hAnsi="Arial" w:cs="Arial"/>
          <w:b/>
          <w:color w:val="000000"/>
          <w:sz w:val="36"/>
        </w:rPr>
      </w:pPr>
    </w:p>
    <w:p w14:paraId="0548ADC2" w14:textId="77777777" w:rsidR="00C01E99" w:rsidRPr="00C01E99" w:rsidRDefault="00C01E99" w:rsidP="00C01E99">
      <w:pPr>
        <w:spacing w:after="0"/>
        <w:jc w:val="center"/>
        <w:rPr>
          <w:rFonts w:ascii="Arial" w:hAnsi="Arial" w:cs="Arial"/>
          <w:b/>
          <w:color w:val="000000"/>
          <w:sz w:val="20"/>
          <w:szCs w:val="20"/>
        </w:rPr>
      </w:pPr>
    </w:p>
    <w:p w14:paraId="2D6DD839" w14:textId="425F5304" w:rsidR="00B912A8" w:rsidRDefault="00C01E99" w:rsidP="00C01E99">
      <w:pPr>
        <w:spacing w:after="0"/>
        <w:jc w:val="center"/>
      </w:pPr>
      <w:r>
        <w:rPr>
          <w:noProof/>
        </w:rPr>
        <mc:AlternateContent>
          <mc:Choice Requires="wps">
            <w:drawing>
              <wp:anchor distT="45720" distB="45720" distL="114300" distR="114300" simplePos="0" relativeHeight="251659264" behindDoc="0" locked="0" layoutInCell="1" allowOverlap="1" wp14:anchorId="439B26D2" wp14:editId="33926D0D">
                <wp:simplePos x="0" y="0"/>
                <wp:positionH relativeFrom="column">
                  <wp:posOffset>-6350</wp:posOffset>
                </wp:positionH>
                <wp:positionV relativeFrom="paragraph">
                  <wp:posOffset>1631315</wp:posOffset>
                </wp:positionV>
                <wp:extent cx="6686550" cy="1295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5400"/>
                        </a:xfrm>
                        <a:prstGeom prst="rect">
                          <a:avLst/>
                        </a:prstGeom>
                        <a:solidFill>
                          <a:srgbClr val="FFFFFF"/>
                        </a:solidFill>
                        <a:ln w="9525">
                          <a:solidFill>
                            <a:srgbClr val="000000"/>
                          </a:solidFill>
                          <a:miter lim="800000"/>
                          <a:headEnd/>
                          <a:tailEnd/>
                        </a:ln>
                      </wps:spPr>
                      <wps:txbx>
                        <w:txbxContent>
                          <w:p w14:paraId="664094B3" w14:textId="0EA72301" w:rsidR="00C01E99" w:rsidRDefault="00C01E99" w:rsidP="00C01E99">
                            <w:pPr>
                              <w:shd w:val="clear" w:color="auto" w:fill="C6D9F1" w:themeFill="text2"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9B26D2" id="_x0000_t202" coordsize="21600,21600" o:spt="202" path="m,l,21600r21600,l21600,xe">
                <v:stroke joinstyle="miter"/>
                <v:path gradientshapeok="t" o:connecttype="rect"/>
              </v:shapetype>
              <v:shape id="Text Box 2" o:spid="_x0000_s1026" type="#_x0000_t202" style="position:absolute;left:0;text-align:left;margin-left:-.5pt;margin-top:128.45pt;width:526.5pt;height:10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">
                <v:textbox>
                  <w:txbxContent>
                    <w:p w14:paraId="664094B3" w14:textId="0EA72301" w:rsidR="00C01E99" w:rsidRDefault="00C01E99" w:rsidP="00C01E99">
                      <w:pPr>
                        <w:shd w:val="clear" w:color="auto" w:fill="C6D9F1" w:themeFill="text2" w:themeFillTint="33"/>
                      </w:pPr>
                    </w:p>
                  </w:txbxContent>
                </v:textbox>
                <w10:wrap type="square"/>
              </v:shape>
            </w:pict>
          </mc:Fallback>
        </mc:AlternateContent>
      </w:r>
      <w:r w:rsidRPr="00C01E99">
        <w:rPr>
          <w:rFonts w:ascii="Arial" w:hAnsi="Arial" w:cs="Arial"/>
          <w:b/>
          <w:color w:val="000000"/>
          <w:sz w:val="36"/>
        </w:rPr>
        <w:t>ICS 204a - FIELD TASK ASSIGNMENT</w:t>
      </w:r>
    </w:p>
    <w:tbl>
      <w:tblPr>
        <w:tblStyle w:val="MediumGrid3-Accent1"/>
        <w:tblW w:w="0" w:type="auto"/>
        <w:tblLook w:val="04A0" w:firstRow="1" w:lastRow="0" w:firstColumn="1" w:lastColumn="0" w:noHBand="0" w:noVBand="1"/>
      </w:tblPr>
      <w:tblGrid>
        <w:gridCol w:w="1691"/>
        <w:gridCol w:w="1418"/>
        <w:gridCol w:w="2151"/>
        <w:gridCol w:w="2630"/>
        <w:gridCol w:w="2630"/>
      </w:tblGrid>
      <w:tr w:rsidR="00C01E99" w14:paraId="491D1B66" w14:textId="77777777" w:rsidTr="00C01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0" w:type="dxa"/>
            <w:gridSpan w:val="5"/>
            <w:shd w:val="clear" w:color="auto" w:fill="007DBA"/>
          </w:tcPr>
          <w:p w14:paraId="54AE987F" w14:textId="379DD6F5" w:rsidR="00C01E99" w:rsidRPr="00C01E99" w:rsidRDefault="00C01E99" w:rsidP="00C01E99">
            <w:pPr>
              <w:jc w:val="center"/>
              <w:rPr>
                <w:rFonts w:ascii="Arial" w:hAnsi="Arial" w:cs="Arial"/>
                <w:sz w:val="18"/>
                <w:szCs w:val="18"/>
              </w:rPr>
            </w:pPr>
            <w:r w:rsidRPr="00C01E99">
              <w:rPr>
                <w:rFonts w:ascii="Arial" w:hAnsi="Arial" w:cs="Arial"/>
                <w:sz w:val="18"/>
                <w:szCs w:val="18"/>
              </w:rPr>
              <w:t>When blank, this form is classed as OFFICIAL, when filled out, this form is classed as OFFICIAL-SENSITIVE</w:t>
            </w:r>
          </w:p>
        </w:tc>
      </w:tr>
      <w:tr w:rsidR="00B912A8" w14:paraId="71D84232" w14:textId="77777777" w:rsidTr="00C01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gridSpan w:val="2"/>
            <w:tcBorders>
              <w:right w:val="single" w:sz="4" w:space="0" w:color="auto"/>
            </w:tcBorders>
            <w:shd w:val="clear" w:color="auto" w:fill="007DBA"/>
          </w:tcPr>
          <w:p w14:paraId="23752F8F" w14:textId="4B3EBCC8" w:rsidR="00B912A8" w:rsidRPr="00C01E99" w:rsidRDefault="0041140A" w:rsidP="00C01E99">
            <w:pPr>
              <w:tabs>
                <w:tab w:val="right" w:pos="2417"/>
              </w:tabs>
              <w:rPr>
                <w:rFonts w:ascii="Arial" w:hAnsi="Arial" w:cs="Arial"/>
              </w:rPr>
            </w:pPr>
            <w:r w:rsidRPr="00C01E99">
              <w:rPr>
                <w:rFonts w:ascii="Arial" w:hAnsi="Arial" w:cs="Arial"/>
              </w:rPr>
              <w:t>Incident Name</w:t>
            </w:r>
            <w:r w:rsidR="00C01E99" w:rsidRPr="00C01E99">
              <w:rPr>
                <w:rFonts w:ascii="Arial" w:hAnsi="Arial" w:cs="Arial"/>
              </w:rPr>
              <w:t>:</w:t>
            </w:r>
            <w:r w:rsidR="00C01E99" w:rsidRPr="00C01E99">
              <w:rPr>
                <w:rFonts w:ascii="Arial" w:hAnsi="Arial" w:cs="Arial"/>
              </w:rPr>
              <w:tab/>
            </w:r>
          </w:p>
        </w:tc>
        <w:tc>
          <w:tcPr>
            <w:tcW w:w="2151" w:type="dxa"/>
            <w:tcBorders>
              <w:top w:val="single" w:sz="4" w:space="0" w:color="auto"/>
              <w:left w:val="single" w:sz="4" w:space="0" w:color="auto"/>
              <w:bottom w:val="single" w:sz="4" w:space="0" w:color="auto"/>
              <w:right w:val="single" w:sz="4" w:space="0" w:color="auto"/>
            </w:tcBorders>
            <w:shd w:val="clear" w:color="auto" w:fill="FFFFFF" w:themeFill="background1"/>
          </w:tcPr>
          <w:p w14:paraId="672A6659" w14:textId="77777777" w:rsidR="00B912A8" w:rsidRPr="00C01E99" w:rsidRDefault="00B912A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630" w:type="dxa"/>
            <w:tcBorders>
              <w:left w:val="single" w:sz="4" w:space="0" w:color="auto"/>
              <w:right w:val="single" w:sz="4" w:space="0" w:color="auto"/>
            </w:tcBorders>
            <w:shd w:val="clear" w:color="auto" w:fill="007DBA"/>
          </w:tcPr>
          <w:p w14:paraId="05E83AA2" w14:textId="52942227" w:rsidR="00B912A8" w:rsidRPr="00C01E99" w:rsidRDefault="0041140A">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C01E99">
              <w:rPr>
                <w:rFonts w:ascii="Arial" w:hAnsi="Arial" w:cs="Arial"/>
                <w:b/>
                <w:bCs/>
                <w:color w:val="FFFFFF" w:themeColor="background1"/>
              </w:rPr>
              <w:t>Date &amp; Time Compiled</w:t>
            </w:r>
            <w:r w:rsidR="00C01E99" w:rsidRPr="00C01E99">
              <w:rPr>
                <w:rFonts w:ascii="Arial" w:hAnsi="Arial" w:cs="Arial"/>
                <w:b/>
                <w:bCs/>
                <w:color w:val="FFFFFF" w:themeColor="background1"/>
              </w:rPr>
              <w:t>:</w:t>
            </w: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tcPr>
          <w:p w14:paraId="0A37501D" w14:textId="77777777" w:rsidR="00B912A8" w:rsidRDefault="00B912A8">
            <w:pPr>
              <w:cnfStyle w:val="000000100000" w:firstRow="0" w:lastRow="0" w:firstColumn="0" w:lastColumn="0" w:oddVBand="0" w:evenVBand="0" w:oddHBand="1" w:evenHBand="0" w:firstRowFirstColumn="0" w:firstRowLastColumn="0" w:lastRowFirstColumn="0" w:lastRowLastColumn="0"/>
            </w:pPr>
          </w:p>
        </w:tc>
      </w:tr>
      <w:tr w:rsidR="00B912A8" w14:paraId="19CD1A02" w14:textId="77777777" w:rsidTr="00C01E99">
        <w:tc>
          <w:tcPr>
            <w:cnfStyle w:val="001000000000" w:firstRow="0" w:lastRow="0" w:firstColumn="1" w:lastColumn="0" w:oddVBand="0" w:evenVBand="0" w:oddHBand="0" w:evenHBand="0" w:firstRowFirstColumn="0" w:firstRowLastColumn="0" w:lastRowFirstColumn="0" w:lastRowLastColumn="0"/>
            <w:tcW w:w="3109" w:type="dxa"/>
            <w:gridSpan w:val="2"/>
            <w:tcBorders>
              <w:right w:val="single" w:sz="4" w:space="0" w:color="auto"/>
            </w:tcBorders>
            <w:shd w:val="clear" w:color="auto" w:fill="007DBA"/>
          </w:tcPr>
          <w:p w14:paraId="0E67C449" w14:textId="40DD2D68" w:rsidR="00B912A8" w:rsidRPr="00C01E99" w:rsidRDefault="0041140A">
            <w:pPr>
              <w:rPr>
                <w:rFonts w:ascii="Arial" w:hAnsi="Arial" w:cs="Arial"/>
              </w:rPr>
            </w:pPr>
            <w:r w:rsidRPr="00C01E99">
              <w:rPr>
                <w:rFonts w:ascii="Arial" w:hAnsi="Arial" w:cs="Arial"/>
              </w:rPr>
              <w:t>Compiled By</w:t>
            </w:r>
            <w:r w:rsidR="00C01E99" w:rsidRPr="00C01E99">
              <w:rPr>
                <w:rFonts w:ascii="Arial" w:hAnsi="Arial" w:cs="Arial"/>
              </w:rPr>
              <w:t>:</w:t>
            </w:r>
          </w:p>
        </w:tc>
        <w:tc>
          <w:tcPr>
            <w:tcW w:w="2151" w:type="dxa"/>
            <w:tcBorders>
              <w:top w:val="single" w:sz="4" w:space="0" w:color="auto"/>
              <w:left w:val="single" w:sz="4" w:space="0" w:color="auto"/>
              <w:bottom w:val="single" w:sz="4" w:space="0" w:color="auto"/>
              <w:right w:val="single" w:sz="4" w:space="0" w:color="auto"/>
            </w:tcBorders>
            <w:shd w:val="clear" w:color="auto" w:fill="FFFFFF" w:themeFill="background1"/>
          </w:tcPr>
          <w:p w14:paraId="5DAB6C7B" w14:textId="30F47D14" w:rsidR="00B912A8" w:rsidRPr="00C01E99" w:rsidRDefault="00B912A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630" w:type="dxa"/>
            <w:tcBorders>
              <w:left w:val="single" w:sz="4" w:space="0" w:color="auto"/>
              <w:right w:val="single" w:sz="4" w:space="0" w:color="auto"/>
            </w:tcBorders>
            <w:shd w:val="clear" w:color="auto" w:fill="007DBA"/>
          </w:tcPr>
          <w:p w14:paraId="2D566DCA" w14:textId="4ACDDCAD" w:rsidR="00B912A8" w:rsidRPr="00C01E99" w:rsidRDefault="0041140A">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r w:rsidRPr="00C01E99">
              <w:rPr>
                <w:rFonts w:ascii="Arial" w:hAnsi="Arial" w:cs="Arial"/>
                <w:b/>
                <w:bCs/>
                <w:color w:val="FFFFFF" w:themeColor="background1"/>
              </w:rPr>
              <w:t>IMT Section</w:t>
            </w: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tcPr>
          <w:p w14:paraId="02EB378F" w14:textId="77777777" w:rsidR="00B912A8" w:rsidRDefault="00B912A8">
            <w:pPr>
              <w:cnfStyle w:val="000000000000" w:firstRow="0" w:lastRow="0" w:firstColumn="0" w:lastColumn="0" w:oddVBand="0" w:evenVBand="0" w:oddHBand="0" w:evenHBand="0" w:firstRowFirstColumn="0" w:firstRowLastColumn="0" w:lastRowFirstColumn="0" w:lastRowLastColumn="0"/>
            </w:pPr>
          </w:p>
        </w:tc>
      </w:tr>
      <w:tr w:rsidR="00B912A8" w14:paraId="1917EF08" w14:textId="77777777" w:rsidTr="00C01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gridSpan w:val="2"/>
            <w:tcBorders>
              <w:right w:val="single" w:sz="4" w:space="0" w:color="auto"/>
            </w:tcBorders>
            <w:shd w:val="clear" w:color="auto" w:fill="007DBA"/>
          </w:tcPr>
          <w:p w14:paraId="78E6AA38" w14:textId="36AB6D5D" w:rsidR="00B912A8" w:rsidRPr="00C01E99" w:rsidRDefault="0041140A">
            <w:pPr>
              <w:rPr>
                <w:rFonts w:ascii="Arial" w:hAnsi="Arial" w:cs="Arial"/>
              </w:rPr>
            </w:pPr>
            <w:r w:rsidRPr="00C01E99">
              <w:rPr>
                <w:rFonts w:ascii="Arial" w:hAnsi="Arial" w:cs="Arial"/>
              </w:rPr>
              <w:t xml:space="preserve">Operational Period </w:t>
            </w:r>
            <w:r w:rsidR="00C01E99" w:rsidRPr="00C01E99">
              <w:rPr>
                <w:rFonts w:ascii="Arial" w:hAnsi="Arial" w:cs="Arial"/>
              </w:rPr>
              <w:t xml:space="preserve">– </w:t>
            </w:r>
            <w:r w:rsidRPr="00C01E99">
              <w:rPr>
                <w:rFonts w:ascii="Arial" w:hAnsi="Arial" w:cs="Arial"/>
              </w:rPr>
              <w:t>From</w:t>
            </w:r>
            <w:r w:rsidR="00C01E99" w:rsidRPr="00C01E99">
              <w:rPr>
                <w:rFonts w:ascii="Arial" w:hAnsi="Arial" w:cs="Arial"/>
              </w:rPr>
              <w:t>:</w:t>
            </w:r>
          </w:p>
        </w:tc>
        <w:tc>
          <w:tcPr>
            <w:tcW w:w="2151" w:type="dxa"/>
            <w:tcBorders>
              <w:top w:val="single" w:sz="4" w:space="0" w:color="auto"/>
              <w:left w:val="single" w:sz="4" w:space="0" w:color="auto"/>
              <w:bottom w:val="single" w:sz="4" w:space="0" w:color="auto"/>
              <w:right w:val="single" w:sz="4" w:space="0" w:color="auto"/>
            </w:tcBorders>
            <w:shd w:val="clear" w:color="auto" w:fill="FFFFFF" w:themeFill="background1"/>
          </w:tcPr>
          <w:p w14:paraId="6A05A809" w14:textId="77777777" w:rsidR="00B912A8" w:rsidRPr="00C01E99" w:rsidRDefault="00B912A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630" w:type="dxa"/>
            <w:tcBorders>
              <w:left w:val="single" w:sz="4" w:space="0" w:color="auto"/>
              <w:right w:val="single" w:sz="4" w:space="0" w:color="auto"/>
            </w:tcBorders>
            <w:shd w:val="clear" w:color="auto" w:fill="007DBA"/>
          </w:tcPr>
          <w:p w14:paraId="70B4869A" w14:textId="6F5F2E9B" w:rsidR="00B912A8" w:rsidRPr="00C01E99" w:rsidRDefault="0041140A">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C01E99">
              <w:rPr>
                <w:rFonts w:ascii="Arial" w:hAnsi="Arial" w:cs="Arial"/>
                <w:b/>
                <w:bCs/>
                <w:color w:val="FFFFFF" w:themeColor="background1"/>
              </w:rPr>
              <w:t>To</w:t>
            </w:r>
            <w:r w:rsidR="00C01E99" w:rsidRPr="00C01E99">
              <w:rPr>
                <w:rFonts w:ascii="Arial" w:hAnsi="Arial" w:cs="Arial"/>
                <w:b/>
                <w:bCs/>
                <w:color w:val="FFFFFF" w:themeColor="background1"/>
              </w:rPr>
              <w:t xml:space="preserve">: </w:t>
            </w: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tcPr>
          <w:p w14:paraId="5A39BBE3" w14:textId="77777777" w:rsidR="00B912A8" w:rsidRDefault="00B912A8">
            <w:pPr>
              <w:cnfStyle w:val="000000100000" w:firstRow="0" w:lastRow="0" w:firstColumn="0" w:lastColumn="0" w:oddVBand="0" w:evenVBand="0" w:oddHBand="1" w:evenHBand="0" w:firstRowFirstColumn="0" w:firstRowLastColumn="0" w:lastRowFirstColumn="0" w:lastRowLastColumn="0"/>
            </w:pPr>
          </w:p>
        </w:tc>
      </w:tr>
      <w:tr w:rsidR="00C01E99" w14:paraId="23EE7CF7" w14:textId="77777777" w:rsidTr="00C01E99">
        <w:tc>
          <w:tcPr>
            <w:cnfStyle w:val="001000000000" w:firstRow="0" w:lastRow="0" w:firstColumn="1" w:lastColumn="0" w:oddVBand="0" w:evenVBand="0" w:oddHBand="0" w:evenHBand="0" w:firstRowFirstColumn="0" w:firstRowLastColumn="0" w:lastRowFirstColumn="0" w:lastRowLastColumn="0"/>
            <w:tcW w:w="1691" w:type="dxa"/>
            <w:tcBorders>
              <w:right w:val="single" w:sz="4" w:space="0" w:color="auto"/>
            </w:tcBorders>
            <w:shd w:val="clear" w:color="auto" w:fill="007DBA"/>
          </w:tcPr>
          <w:p w14:paraId="2161799E" w14:textId="77777777" w:rsidR="00C01E99" w:rsidRPr="00C01E99" w:rsidRDefault="00C01E99">
            <w:pPr>
              <w:rPr>
                <w:rFonts w:ascii="Arial" w:hAnsi="Arial" w:cs="Arial"/>
              </w:rPr>
            </w:pPr>
            <w:r w:rsidRPr="00C01E99">
              <w:rPr>
                <w:rFonts w:ascii="Arial" w:hAnsi="Arial" w:cs="Arial"/>
              </w:rPr>
              <w:t>Division:</w:t>
            </w:r>
          </w:p>
        </w:tc>
        <w:tc>
          <w:tcPr>
            <w:tcW w:w="882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D0B940D" w14:textId="4043EBFD" w:rsidR="00C01E99" w:rsidRPr="00C01E99" w:rsidRDefault="00C01E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tbl>
      <w:tblPr>
        <w:tblStyle w:val="TableGrid"/>
        <w:tblpPr w:leftFromText="180" w:rightFromText="180" w:vertAnchor="text" w:horzAnchor="margin" w:tblpY="161"/>
        <w:tblW w:w="0" w:type="auto"/>
        <w:tblLook w:val="04A0" w:firstRow="1" w:lastRow="0" w:firstColumn="1" w:lastColumn="0" w:noHBand="0" w:noVBand="1"/>
      </w:tblPr>
      <w:tblGrid>
        <w:gridCol w:w="1978"/>
        <w:gridCol w:w="3397"/>
        <w:gridCol w:w="1145"/>
        <w:gridCol w:w="1982"/>
        <w:gridCol w:w="2028"/>
      </w:tblGrid>
      <w:tr w:rsidR="00C01E99" w14:paraId="0907EEF2" w14:textId="77777777" w:rsidTr="00C01E99">
        <w:tc>
          <w:tcPr>
            <w:tcW w:w="1980" w:type="dxa"/>
            <w:shd w:val="clear" w:color="auto" w:fill="007DBA"/>
          </w:tcPr>
          <w:p w14:paraId="0BC6D001" w14:textId="77777777" w:rsidR="00C01E99" w:rsidRPr="00C01E99" w:rsidRDefault="00C01E99" w:rsidP="00C01E99">
            <w:pPr>
              <w:rPr>
                <w:rFonts w:ascii="Arial" w:hAnsi="Arial" w:cs="Arial"/>
                <w:b/>
                <w:bCs/>
              </w:rPr>
            </w:pPr>
            <w:r w:rsidRPr="00C01E99">
              <w:rPr>
                <w:rFonts w:ascii="Arial" w:hAnsi="Arial" w:cs="Arial"/>
                <w:b/>
                <w:bCs/>
                <w:color w:val="FFFFFF" w:themeColor="background1"/>
              </w:rPr>
              <w:t>Response Team:</w:t>
            </w:r>
          </w:p>
        </w:tc>
        <w:sdt>
          <w:sdtPr>
            <w:rPr>
              <w:rFonts w:ascii="Arial" w:hAnsi="Arial" w:cs="Arial"/>
            </w:rPr>
            <w:id w:val="-250508734"/>
            <w:placeholder>
              <w:docPart w:val="15081EEE82A44772ADE08300E1059E31"/>
            </w:placeholder>
            <w:showingPlcHdr/>
            <w:dropDownList>
              <w:listItem w:displayText="Shoreline Clean-up Assessment Technique" w:value="Shoreline Clean-up Assessment Technique"/>
              <w:listItem w:displayText="Shoreline Clean-up Team" w:value="Shoreline Clean-up Team"/>
              <w:listItem w:displayText="Inshore Booming Team" w:value="Inshore Booming Team"/>
              <w:listItem w:displayText="Skimming Team" w:value="Skimming Team"/>
              <w:listItem w:displayText="Inshore Support Vessel" w:value="Inshore Support Vessel"/>
              <w:listItem w:displayText="Environmental Health Assessment Team" w:value="Environmental Health Assessment Team"/>
              <w:listItem w:displayText="Current Buster Team" w:value="Current Buster Team"/>
            </w:dropDownList>
          </w:sdtPr>
          <w:sdtContent>
            <w:tc>
              <w:tcPr>
                <w:tcW w:w="3402" w:type="dxa"/>
              </w:tcPr>
              <w:p w14:paraId="65266724" w14:textId="5E10733E" w:rsidR="00C01E99" w:rsidRPr="00C01E99" w:rsidRDefault="00C01E99" w:rsidP="00C01E99">
                <w:pPr>
                  <w:rPr>
                    <w:rFonts w:ascii="Arial" w:hAnsi="Arial" w:cs="Arial"/>
                  </w:rPr>
                </w:pPr>
                <w:r w:rsidRPr="00C01E99">
                  <w:rPr>
                    <w:rStyle w:val="PlaceholderText"/>
                    <w:rFonts w:ascii="Arial" w:hAnsi="Arial" w:cs="Arial"/>
                  </w:rPr>
                  <w:t>Choose an item.</w:t>
                </w:r>
              </w:p>
            </w:tc>
          </w:sdtContent>
        </w:sdt>
        <w:tc>
          <w:tcPr>
            <w:tcW w:w="1134" w:type="dxa"/>
            <w:shd w:val="clear" w:color="auto" w:fill="007DBA"/>
          </w:tcPr>
          <w:p w14:paraId="0D4FB370" w14:textId="77777777" w:rsidR="00C01E99" w:rsidRPr="00C01E99" w:rsidRDefault="00C01E99" w:rsidP="00C01E99">
            <w:pPr>
              <w:rPr>
                <w:rFonts w:ascii="Arial" w:hAnsi="Arial" w:cs="Arial"/>
                <w:b/>
                <w:bCs/>
              </w:rPr>
            </w:pPr>
            <w:r w:rsidRPr="00C01E99">
              <w:rPr>
                <w:rFonts w:ascii="Arial" w:hAnsi="Arial" w:cs="Arial"/>
                <w:b/>
                <w:bCs/>
                <w:color w:val="FFFFFF" w:themeColor="background1"/>
              </w:rPr>
              <w:t>Callsign:</w:t>
            </w:r>
          </w:p>
        </w:tc>
        <w:sdt>
          <w:sdtPr>
            <w:id w:val="2138453602"/>
            <w:placeholder>
              <w:docPart w:val="EC5CBA8289134E5BAFE48F3827E809EC"/>
            </w:placeholder>
            <w:showingPlcHdr/>
            <w:dropDownList>
              <w:listItem w:value="Choose an item."/>
            </w:dropDownList>
          </w:sdtPr>
          <w:sdtContent>
            <w:tc>
              <w:tcPr>
                <w:tcW w:w="1984" w:type="dxa"/>
              </w:tcPr>
              <w:p w14:paraId="45A37D9E" w14:textId="58773512" w:rsidR="00C01E99" w:rsidRDefault="00C01E99" w:rsidP="00C01E99">
                <w:r w:rsidRPr="000F3317">
                  <w:rPr>
                    <w:rStyle w:val="PlaceholderText"/>
                  </w:rPr>
                  <w:t>Choose an item.</w:t>
                </w:r>
              </w:p>
            </w:tc>
          </w:sdtContent>
        </w:sdt>
        <w:sdt>
          <w:sdtPr>
            <w:id w:val="-496413653"/>
            <w:placeholder>
              <w:docPart w:val="DefaultPlaceholder_-1854013438"/>
            </w:placeholder>
            <w:showingPlcHdr/>
            <w:comboBox>
              <w:listItem w:displayText="1" w:value="1"/>
              <w:listItem w:displayText="2" w:value="2"/>
              <w:listItem w:displayText="3" w:value="3"/>
              <w:listItem w:displayText="4" w:value="4"/>
              <w:listItem w:displayText="5" w:value="5"/>
            </w:comboBox>
          </w:sdtPr>
          <w:sdtContent>
            <w:tc>
              <w:tcPr>
                <w:tcW w:w="2030" w:type="dxa"/>
              </w:tcPr>
              <w:p w14:paraId="2C16FD80" w14:textId="2438945F" w:rsidR="00C01E99" w:rsidRDefault="00C01E99" w:rsidP="00C01E99">
                <w:r w:rsidRPr="000F3317">
                  <w:rPr>
                    <w:rStyle w:val="PlaceholderText"/>
                  </w:rPr>
                  <w:t>Choose an item.</w:t>
                </w:r>
              </w:p>
            </w:tc>
          </w:sdtContent>
        </w:sdt>
      </w:tr>
      <w:tr w:rsidR="00C01E99" w14:paraId="445A08AE" w14:textId="77777777" w:rsidTr="00C01E99">
        <w:tc>
          <w:tcPr>
            <w:tcW w:w="10530" w:type="dxa"/>
            <w:gridSpan w:val="5"/>
            <w:shd w:val="clear" w:color="auto" w:fill="007DBA"/>
          </w:tcPr>
          <w:p w14:paraId="10666C6B" w14:textId="77777777" w:rsidR="00C01E99" w:rsidRPr="00C01E99" w:rsidRDefault="00C01E99" w:rsidP="00C01E99">
            <w:pPr>
              <w:jc w:val="center"/>
              <w:rPr>
                <w:rFonts w:ascii="Arial" w:hAnsi="Arial" w:cs="Arial"/>
                <w:b/>
                <w:bCs/>
              </w:rPr>
            </w:pPr>
            <w:r w:rsidRPr="00C01E99">
              <w:rPr>
                <w:rFonts w:ascii="Arial" w:hAnsi="Arial" w:cs="Arial"/>
                <w:b/>
                <w:bCs/>
                <w:color w:val="FFFFFF" w:themeColor="background1"/>
              </w:rPr>
              <w:t>Operational Task</w:t>
            </w:r>
          </w:p>
        </w:tc>
      </w:tr>
    </w:tbl>
    <w:tbl>
      <w:tblPr>
        <w:tblStyle w:val="TableGrid"/>
        <w:tblW w:w="0" w:type="auto"/>
        <w:tblLook w:val="04A0" w:firstRow="1" w:lastRow="0" w:firstColumn="1" w:lastColumn="0" w:noHBand="0" w:noVBand="1"/>
      </w:tblPr>
      <w:tblGrid>
        <w:gridCol w:w="10530"/>
      </w:tblGrid>
      <w:tr w:rsidR="00C01E99" w14:paraId="6F0352E5" w14:textId="77777777" w:rsidTr="00C01E99">
        <w:trPr>
          <w:trHeight w:val="326"/>
        </w:trPr>
        <w:tc>
          <w:tcPr>
            <w:tcW w:w="10530" w:type="dxa"/>
            <w:shd w:val="clear" w:color="auto" w:fill="007DBA"/>
          </w:tcPr>
          <w:p w14:paraId="2C9F1C09" w14:textId="359AD875" w:rsidR="00C01E99" w:rsidRPr="00C01E99" w:rsidRDefault="00C01E99" w:rsidP="00C01E99">
            <w:pPr>
              <w:pStyle w:val="Heading2"/>
              <w:spacing w:before="0"/>
              <w:jc w:val="center"/>
              <w:rPr>
                <w:rFonts w:ascii="Arial" w:hAnsi="Arial" w:cs="Arial"/>
                <w:sz w:val="22"/>
                <w:szCs w:val="22"/>
              </w:rPr>
            </w:pPr>
            <w:r w:rsidRPr="00C01E99">
              <w:rPr>
                <w:rFonts w:ascii="Arial" w:hAnsi="Arial" w:cs="Arial"/>
                <w:color w:val="FFFFFF" w:themeColor="background1"/>
                <w:sz w:val="22"/>
                <w:szCs w:val="22"/>
              </w:rPr>
              <w:t>Execution Detailed Instructions</w:t>
            </w:r>
          </w:p>
        </w:tc>
      </w:tr>
      <w:tr w:rsidR="00C01E99" w14:paraId="47C079C1" w14:textId="77777777" w:rsidTr="00C01E99">
        <w:tc>
          <w:tcPr>
            <w:tcW w:w="10530" w:type="dxa"/>
          </w:tcPr>
          <w:p w14:paraId="6D8FFBEC" w14:textId="106ECCC9" w:rsidR="00C01E99" w:rsidRPr="00C01E99" w:rsidRDefault="00C01E99" w:rsidP="00C01E99">
            <w:pPr>
              <w:pStyle w:val="Heading2"/>
              <w:spacing w:before="0"/>
              <w:rPr>
                <w:rFonts w:ascii="Arial" w:hAnsi="Arial" w:cs="Arial"/>
                <w:i/>
                <w:iCs/>
                <w:sz w:val="14"/>
                <w:szCs w:val="14"/>
              </w:rPr>
            </w:pPr>
            <w:r w:rsidRPr="00C01E99">
              <w:rPr>
                <w:i/>
                <w:iCs/>
                <w:noProof/>
              </w:rPr>
              <mc:AlternateContent>
                <mc:Choice Requires="wps">
                  <w:drawing>
                    <wp:anchor distT="45720" distB="45720" distL="114300" distR="114300" simplePos="0" relativeHeight="251661312" behindDoc="0" locked="0" layoutInCell="1" allowOverlap="1" wp14:anchorId="00D24B80" wp14:editId="1E3A573A">
                      <wp:simplePos x="0" y="0"/>
                      <wp:positionH relativeFrom="column">
                        <wp:posOffset>-65405</wp:posOffset>
                      </wp:positionH>
                      <wp:positionV relativeFrom="paragraph">
                        <wp:posOffset>175260</wp:posOffset>
                      </wp:positionV>
                      <wp:extent cx="6686550" cy="2000250"/>
                      <wp:effectExtent l="0" t="0" r="19050" b="19050"/>
                      <wp:wrapSquare wrapText="bothSides"/>
                      <wp:docPr id="86673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000250"/>
                              </a:xfrm>
                              <a:prstGeom prst="rect">
                                <a:avLst/>
                              </a:prstGeom>
                              <a:solidFill>
                                <a:srgbClr val="FFFFFF"/>
                              </a:solidFill>
                              <a:ln w="9525">
                                <a:solidFill>
                                  <a:srgbClr val="000000"/>
                                </a:solidFill>
                                <a:miter lim="800000"/>
                                <a:headEnd/>
                                <a:tailEnd/>
                              </a:ln>
                            </wps:spPr>
                            <wps:txbx>
                              <w:txbxContent>
                                <w:p w14:paraId="224B6195" w14:textId="1F804059" w:rsidR="00C01E99" w:rsidRDefault="00C01E99" w:rsidP="00C01E99">
                                  <w:pPr>
                                    <w:shd w:val="clear" w:color="auto" w:fill="C6D9F1" w:themeFill="text2"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24B80" id="_x0000_s1027" type="#_x0000_t202" style="position:absolute;margin-left:-5.15pt;margin-top:13.8pt;width:526.5pt;height:1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">
                      <v:textbox>
                        <w:txbxContent>
                          <w:p w14:paraId="224B6195" w14:textId="1F804059" w:rsidR="00C01E99" w:rsidRDefault="00C01E99" w:rsidP="00C01E99">
                            <w:pPr>
                              <w:shd w:val="clear" w:color="auto" w:fill="C6D9F1" w:themeFill="text2" w:themeFillTint="33"/>
                            </w:pPr>
                          </w:p>
                        </w:txbxContent>
                      </v:textbox>
                      <w10:wrap type="square"/>
                    </v:shape>
                  </w:pict>
                </mc:Fallback>
              </mc:AlternateContent>
            </w:r>
            <w:r w:rsidRPr="00C01E99">
              <w:rPr>
                <w:rFonts w:ascii="Arial" w:hAnsi="Arial" w:cs="Arial"/>
                <w:i/>
                <w:iCs/>
                <w:color w:val="auto"/>
                <w:sz w:val="14"/>
                <w:szCs w:val="14"/>
              </w:rPr>
              <w:t>(Key times, Key locations, Key task steps, Key limitations and restrictions, Minimum task requirements, Task completion measures, Key safety reminders)</w:t>
            </w:r>
          </w:p>
        </w:tc>
      </w:tr>
    </w:tbl>
    <w:p w14:paraId="6B9C469B" w14:textId="062B5FD6" w:rsidR="00C01E99" w:rsidRDefault="00C01E99" w:rsidP="00C01E99">
      <w:pPr>
        <w:spacing w:after="0"/>
        <w:rPr>
          <w:sz w:val="4"/>
          <w:szCs w:val="4"/>
        </w:rPr>
      </w:pPr>
    </w:p>
    <w:p w14:paraId="07CB4F06" w14:textId="77777777" w:rsidR="00C01E99" w:rsidRDefault="00C01E99" w:rsidP="00C01E99">
      <w:pPr>
        <w:spacing w:after="0"/>
        <w:rPr>
          <w:sz w:val="4"/>
          <w:szCs w:val="4"/>
        </w:rPr>
      </w:pPr>
    </w:p>
    <w:p w14:paraId="1E336A06" w14:textId="77777777" w:rsidR="00C01E99" w:rsidRPr="00C01E99" w:rsidRDefault="00C01E99" w:rsidP="00C01E99">
      <w:pPr>
        <w:spacing w:after="0"/>
        <w:rPr>
          <w:sz w:val="4"/>
          <w:szCs w:val="4"/>
        </w:rPr>
      </w:pPr>
    </w:p>
    <w:tbl>
      <w:tblPr>
        <w:tblStyle w:val="TableGrid"/>
        <w:tblpPr w:leftFromText="180" w:rightFromText="180" w:vertAnchor="page" w:horzAnchor="margin" w:tblpY="10651"/>
        <w:tblW w:w="0" w:type="auto"/>
        <w:tblLook w:val="04A0" w:firstRow="1" w:lastRow="0" w:firstColumn="1" w:lastColumn="0" w:noHBand="0" w:noVBand="1"/>
      </w:tblPr>
      <w:tblGrid>
        <w:gridCol w:w="1980"/>
        <w:gridCol w:w="1701"/>
        <w:gridCol w:w="1584"/>
        <w:gridCol w:w="950"/>
        <w:gridCol w:w="962"/>
        <w:gridCol w:w="1890"/>
        <w:gridCol w:w="1463"/>
      </w:tblGrid>
      <w:tr w:rsidR="00C01E99" w14:paraId="36FB8045" w14:textId="77777777" w:rsidTr="00C01E99">
        <w:tc>
          <w:tcPr>
            <w:tcW w:w="10530" w:type="dxa"/>
            <w:gridSpan w:val="7"/>
            <w:shd w:val="clear" w:color="auto" w:fill="007DBA"/>
          </w:tcPr>
          <w:p w14:paraId="6B6C5B67" w14:textId="77777777" w:rsidR="00C01E99" w:rsidRPr="00C01E99" w:rsidRDefault="00C01E99" w:rsidP="00C01E99">
            <w:pPr>
              <w:jc w:val="center"/>
              <w:rPr>
                <w:rFonts w:ascii="Arial" w:hAnsi="Arial" w:cs="Arial"/>
                <w:b/>
                <w:bCs/>
              </w:rPr>
            </w:pPr>
            <w:r w:rsidRPr="00C01E99">
              <w:rPr>
                <w:rFonts w:ascii="Arial" w:hAnsi="Arial" w:cs="Arial"/>
                <w:b/>
                <w:bCs/>
                <w:color w:val="FFFFFF" w:themeColor="background1"/>
              </w:rPr>
              <w:t>Administration and Resources</w:t>
            </w:r>
          </w:p>
        </w:tc>
      </w:tr>
      <w:tr w:rsidR="00C01E99" w14:paraId="23A989AB" w14:textId="77777777" w:rsidTr="00C01E99">
        <w:tc>
          <w:tcPr>
            <w:tcW w:w="1980" w:type="dxa"/>
            <w:shd w:val="clear" w:color="auto" w:fill="D9D9D9" w:themeFill="background1" w:themeFillShade="D9"/>
          </w:tcPr>
          <w:p w14:paraId="6974A8A9" w14:textId="77777777" w:rsidR="00C01E99" w:rsidRPr="00C01E99" w:rsidRDefault="00C01E99" w:rsidP="00C01E99">
            <w:pPr>
              <w:rPr>
                <w:rFonts w:ascii="Arial" w:hAnsi="Arial" w:cs="Arial"/>
                <w:b/>
                <w:bCs/>
              </w:rPr>
            </w:pPr>
            <w:r w:rsidRPr="00C01E99">
              <w:rPr>
                <w:rFonts w:ascii="Arial" w:hAnsi="Arial" w:cs="Arial"/>
                <w:b/>
                <w:bCs/>
              </w:rPr>
              <w:t>TEAM LEADER:</w:t>
            </w:r>
          </w:p>
        </w:tc>
        <w:tc>
          <w:tcPr>
            <w:tcW w:w="4235" w:type="dxa"/>
            <w:gridSpan w:val="3"/>
          </w:tcPr>
          <w:p w14:paraId="3B77542E" w14:textId="77777777" w:rsidR="00C01E99" w:rsidRDefault="00C01E99" w:rsidP="00C01E99"/>
        </w:tc>
        <w:tc>
          <w:tcPr>
            <w:tcW w:w="962" w:type="dxa"/>
            <w:shd w:val="clear" w:color="auto" w:fill="D9D9D9" w:themeFill="background1" w:themeFillShade="D9"/>
          </w:tcPr>
          <w:p w14:paraId="6BE53B0E" w14:textId="77777777" w:rsidR="00C01E99" w:rsidRPr="00C01E99" w:rsidRDefault="00C01E99" w:rsidP="00C01E99">
            <w:pPr>
              <w:rPr>
                <w:rFonts w:ascii="Arial" w:hAnsi="Arial" w:cs="Arial"/>
                <w:b/>
                <w:bCs/>
              </w:rPr>
            </w:pPr>
            <w:r w:rsidRPr="00C01E99">
              <w:rPr>
                <w:rFonts w:ascii="Arial" w:hAnsi="Arial" w:cs="Arial"/>
                <w:b/>
                <w:bCs/>
              </w:rPr>
              <w:t>Phone:</w:t>
            </w:r>
          </w:p>
        </w:tc>
        <w:tc>
          <w:tcPr>
            <w:tcW w:w="3353" w:type="dxa"/>
            <w:gridSpan w:val="2"/>
          </w:tcPr>
          <w:p w14:paraId="541779D4" w14:textId="77777777" w:rsidR="00C01E99" w:rsidRDefault="00C01E99" w:rsidP="00C01E99"/>
        </w:tc>
      </w:tr>
      <w:tr w:rsidR="00C01E99" w14:paraId="0A1F11B2" w14:textId="77777777" w:rsidTr="00C01E99">
        <w:tc>
          <w:tcPr>
            <w:tcW w:w="10530" w:type="dxa"/>
            <w:gridSpan w:val="7"/>
            <w:shd w:val="clear" w:color="auto" w:fill="D9D9D9" w:themeFill="background1" w:themeFillShade="D9"/>
          </w:tcPr>
          <w:p w14:paraId="3A131BD2" w14:textId="77777777" w:rsidR="00C01E99" w:rsidRPr="00C01E99" w:rsidRDefault="00C01E99" w:rsidP="00C01E99">
            <w:pPr>
              <w:jc w:val="center"/>
              <w:rPr>
                <w:rFonts w:ascii="Arial" w:hAnsi="Arial" w:cs="Arial"/>
                <w:b/>
                <w:bCs/>
              </w:rPr>
            </w:pPr>
            <w:r w:rsidRPr="00C01E99">
              <w:rPr>
                <w:rFonts w:ascii="Arial" w:hAnsi="Arial" w:cs="Arial"/>
                <w:b/>
                <w:bCs/>
              </w:rPr>
              <w:t>Team Members</w:t>
            </w:r>
          </w:p>
        </w:tc>
      </w:tr>
      <w:tr w:rsidR="00C01E99" w14:paraId="3BA605D4" w14:textId="77777777" w:rsidTr="00C01E99">
        <w:tc>
          <w:tcPr>
            <w:tcW w:w="3681" w:type="dxa"/>
            <w:gridSpan w:val="2"/>
            <w:shd w:val="clear" w:color="auto" w:fill="D9D9D9" w:themeFill="background1" w:themeFillShade="D9"/>
          </w:tcPr>
          <w:p w14:paraId="64F69B4D" w14:textId="77777777" w:rsidR="00C01E99" w:rsidRPr="00C01E99" w:rsidRDefault="00C01E99" w:rsidP="00C01E99">
            <w:pPr>
              <w:jc w:val="center"/>
              <w:rPr>
                <w:rFonts w:ascii="Arial" w:hAnsi="Arial" w:cs="Arial"/>
                <w:b/>
                <w:bCs/>
              </w:rPr>
            </w:pPr>
            <w:r>
              <w:rPr>
                <w:rFonts w:ascii="Arial" w:hAnsi="Arial" w:cs="Arial"/>
                <w:b/>
                <w:bCs/>
              </w:rPr>
              <w:t>Name</w:t>
            </w:r>
          </w:p>
        </w:tc>
        <w:tc>
          <w:tcPr>
            <w:tcW w:w="1584" w:type="dxa"/>
            <w:shd w:val="clear" w:color="auto" w:fill="D9D9D9" w:themeFill="background1" w:themeFillShade="D9"/>
          </w:tcPr>
          <w:p w14:paraId="63B0B74E" w14:textId="77777777" w:rsidR="00C01E99" w:rsidRPr="00C01E99" w:rsidRDefault="00C01E99" w:rsidP="00C01E99">
            <w:pPr>
              <w:jc w:val="center"/>
              <w:rPr>
                <w:rFonts w:ascii="Arial" w:hAnsi="Arial" w:cs="Arial"/>
                <w:b/>
                <w:bCs/>
              </w:rPr>
            </w:pPr>
            <w:r>
              <w:rPr>
                <w:rFonts w:ascii="Arial" w:hAnsi="Arial" w:cs="Arial"/>
                <w:b/>
                <w:bCs/>
              </w:rPr>
              <w:t>Phone</w:t>
            </w:r>
          </w:p>
        </w:tc>
        <w:tc>
          <w:tcPr>
            <w:tcW w:w="3802" w:type="dxa"/>
            <w:gridSpan w:val="3"/>
            <w:shd w:val="clear" w:color="auto" w:fill="D9D9D9" w:themeFill="background1" w:themeFillShade="D9"/>
          </w:tcPr>
          <w:p w14:paraId="0D751F7A" w14:textId="77777777" w:rsidR="00C01E99" w:rsidRPr="00C01E99" w:rsidRDefault="00C01E99" w:rsidP="00C01E99">
            <w:pPr>
              <w:jc w:val="center"/>
              <w:rPr>
                <w:rFonts w:ascii="Arial" w:hAnsi="Arial" w:cs="Arial"/>
                <w:b/>
                <w:bCs/>
              </w:rPr>
            </w:pPr>
            <w:r>
              <w:rPr>
                <w:rFonts w:ascii="Arial" w:hAnsi="Arial" w:cs="Arial"/>
                <w:b/>
                <w:bCs/>
              </w:rPr>
              <w:t>Name</w:t>
            </w:r>
          </w:p>
        </w:tc>
        <w:tc>
          <w:tcPr>
            <w:tcW w:w="1463" w:type="dxa"/>
            <w:shd w:val="clear" w:color="auto" w:fill="D9D9D9" w:themeFill="background1" w:themeFillShade="D9"/>
          </w:tcPr>
          <w:p w14:paraId="614553A0" w14:textId="77777777" w:rsidR="00C01E99" w:rsidRPr="00C01E99" w:rsidRDefault="00C01E99" w:rsidP="00C01E99">
            <w:pPr>
              <w:jc w:val="center"/>
              <w:rPr>
                <w:rFonts w:ascii="Arial" w:hAnsi="Arial" w:cs="Arial"/>
                <w:b/>
                <w:bCs/>
              </w:rPr>
            </w:pPr>
            <w:r>
              <w:rPr>
                <w:rFonts w:ascii="Arial" w:hAnsi="Arial" w:cs="Arial"/>
                <w:b/>
                <w:bCs/>
              </w:rPr>
              <w:t>Phone</w:t>
            </w:r>
          </w:p>
        </w:tc>
      </w:tr>
      <w:tr w:rsidR="00C01E99" w14:paraId="23AD690A" w14:textId="77777777" w:rsidTr="00C01E99">
        <w:tc>
          <w:tcPr>
            <w:tcW w:w="3681" w:type="dxa"/>
            <w:gridSpan w:val="2"/>
            <w:shd w:val="clear" w:color="auto" w:fill="C6D9F1" w:themeFill="text2" w:themeFillTint="33"/>
          </w:tcPr>
          <w:p w14:paraId="6B3A74A6" w14:textId="77777777" w:rsidR="00C01E99" w:rsidRDefault="00C01E99" w:rsidP="00C01E99">
            <w:pPr>
              <w:jc w:val="center"/>
              <w:rPr>
                <w:rFonts w:ascii="Arial" w:hAnsi="Arial" w:cs="Arial"/>
                <w:b/>
                <w:bCs/>
              </w:rPr>
            </w:pPr>
          </w:p>
        </w:tc>
        <w:tc>
          <w:tcPr>
            <w:tcW w:w="1584" w:type="dxa"/>
            <w:shd w:val="clear" w:color="auto" w:fill="C6D9F1" w:themeFill="text2" w:themeFillTint="33"/>
          </w:tcPr>
          <w:p w14:paraId="3C99EDF4" w14:textId="77777777" w:rsidR="00C01E99" w:rsidRDefault="00C01E99" w:rsidP="00C01E99">
            <w:pPr>
              <w:jc w:val="center"/>
              <w:rPr>
                <w:rFonts w:ascii="Arial" w:hAnsi="Arial" w:cs="Arial"/>
                <w:b/>
                <w:bCs/>
              </w:rPr>
            </w:pPr>
          </w:p>
        </w:tc>
        <w:tc>
          <w:tcPr>
            <w:tcW w:w="3802" w:type="dxa"/>
            <w:gridSpan w:val="3"/>
            <w:shd w:val="clear" w:color="auto" w:fill="C6D9F1" w:themeFill="text2" w:themeFillTint="33"/>
          </w:tcPr>
          <w:p w14:paraId="784A87F9" w14:textId="77777777" w:rsidR="00C01E99" w:rsidRDefault="00C01E99" w:rsidP="00C01E99">
            <w:pPr>
              <w:jc w:val="center"/>
              <w:rPr>
                <w:rFonts w:ascii="Arial" w:hAnsi="Arial" w:cs="Arial"/>
                <w:b/>
                <w:bCs/>
              </w:rPr>
            </w:pPr>
          </w:p>
        </w:tc>
        <w:tc>
          <w:tcPr>
            <w:tcW w:w="1463" w:type="dxa"/>
            <w:shd w:val="clear" w:color="auto" w:fill="C6D9F1" w:themeFill="text2" w:themeFillTint="33"/>
          </w:tcPr>
          <w:p w14:paraId="5E4F4F98" w14:textId="77777777" w:rsidR="00C01E99" w:rsidRDefault="00C01E99" w:rsidP="00C01E99">
            <w:pPr>
              <w:jc w:val="center"/>
              <w:rPr>
                <w:rFonts w:ascii="Arial" w:hAnsi="Arial" w:cs="Arial"/>
                <w:b/>
                <w:bCs/>
              </w:rPr>
            </w:pPr>
          </w:p>
        </w:tc>
      </w:tr>
      <w:tr w:rsidR="00C01E99" w14:paraId="4F98F8B2" w14:textId="77777777" w:rsidTr="00C01E99">
        <w:tc>
          <w:tcPr>
            <w:tcW w:w="3681" w:type="dxa"/>
            <w:gridSpan w:val="2"/>
            <w:shd w:val="clear" w:color="auto" w:fill="C6D9F1" w:themeFill="text2" w:themeFillTint="33"/>
          </w:tcPr>
          <w:p w14:paraId="4EA370E9" w14:textId="77777777" w:rsidR="00C01E99" w:rsidRDefault="00C01E99" w:rsidP="00C01E99">
            <w:pPr>
              <w:jc w:val="center"/>
              <w:rPr>
                <w:rFonts w:ascii="Arial" w:hAnsi="Arial" w:cs="Arial"/>
                <w:b/>
                <w:bCs/>
              </w:rPr>
            </w:pPr>
          </w:p>
        </w:tc>
        <w:tc>
          <w:tcPr>
            <w:tcW w:w="1584" w:type="dxa"/>
            <w:shd w:val="clear" w:color="auto" w:fill="C6D9F1" w:themeFill="text2" w:themeFillTint="33"/>
          </w:tcPr>
          <w:p w14:paraId="6F2F7109" w14:textId="77777777" w:rsidR="00C01E99" w:rsidRDefault="00C01E99" w:rsidP="00C01E99">
            <w:pPr>
              <w:jc w:val="center"/>
              <w:rPr>
                <w:rFonts w:ascii="Arial" w:hAnsi="Arial" w:cs="Arial"/>
                <w:b/>
                <w:bCs/>
              </w:rPr>
            </w:pPr>
          </w:p>
        </w:tc>
        <w:tc>
          <w:tcPr>
            <w:tcW w:w="3802" w:type="dxa"/>
            <w:gridSpan w:val="3"/>
            <w:shd w:val="clear" w:color="auto" w:fill="C6D9F1" w:themeFill="text2" w:themeFillTint="33"/>
          </w:tcPr>
          <w:p w14:paraId="0A1050AC" w14:textId="77777777" w:rsidR="00C01E99" w:rsidRDefault="00C01E99" w:rsidP="00C01E99">
            <w:pPr>
              <w:jc w:val="center"/>
              <w:rPr>
                <w:rFonts w:ascii="Arial" w:hAnsi="Arial" w:cs="Arial"/>
                <w:b/>
                <w:bCs/>
              </w:rPr>
            </w:pPr>
          </w:p>
        </w:tc>
        <w:tc>
          <w:tcPr>
            <w:tcW w:w="1463" w:type="dxa"/>
            <w:shd w:val="clear" w:color="auto" w:fill="C6D9F1" w:themeFill="text2" w:themeFillTint="33"/>
          </w:tcPr>
          <w:p w14:paraId="2EF38744" w14:textId="77777777" w:rsidR="00C01E99" w:rsidRDefault="00C01E99" w:rsidP="00C01E99">
            <w:pPr>
              <w:jc w:val="center"/>
              <w:rPr>
                <w:rFonts w:ascii="Arial" w:hAnsi="Arial" w:cs="Arial"/>
                <w:b/>
                <w:bCs/>
              </w:rPr>
            </w:pPr>
          </w:p>
        </w:tc>
      </w:tr>
      <w:tr w:rsidR="00C01E99" w14:paraId="07965BB6" w14:textId="77777777" w:rsidTr="00C01E99">
        <w:tc>
          <w:tcPr>
            <w:tcW w:w="3681" w:type="dxa"/>
            <w:gridSpan w:val="2"/>
            <w:shd w:val="clear" w:color="auto" w:fill="C6D9F1" w:themeFill="text2" w:themeFillTint="33"/>
          </w:tcPr>
          <w:p w14:paraId="3A8998F6" w14:textId="77777777" w:rsidR="00C01E99" w:rsidRDefault="00C01E99" w:rsidP="00C01E99">
            <w:pPr>
              <w:jc w:val="center"/>
              <w:rPr>
                <w:rFonts w:ascii="Arial" w:hAnsi="Arial" w:cs="Arial"/>
                <w:b/>
                <w:bCs/>
              </w:rPr>
            </w:pPr>
          </w:p>
        </w:tc>
        <w:tc>
          <w:tcPr>
            <w:tcW w:w="1584" w:type="dxa"/>
            <w:shd w:val="clear" w:color="auto" w:fill="C6D9F1" w:themeFill="text2" w:themeFillTint="33"/>
          </w:tcPr>
          <w:p w14:paraId="4BBDD61B" w14:textId="77777777" w:rsidR="00C01E99" w:rsidRDefault="00C01E99" w:rsidP="00C01E99">
            <w:pPr>
              <w:jc w:val="center"/>
              <w:rPr>
                <w:rFonts w:ascii="Arial" w:hAnsi="Arial" w:cs="Arial"/>
                <w:b/>
                <w:bCs/>
              </w:rPr>
            </w:pPr>
          </w:p>
        </w:tc>
        <w:tc>
          <w:tcPr>
            <w:tcW w:w="3802" w:type="dxa"/>
            <w:gridSpan w:val="3"/>
            <w:shd w:val="clear" w:color="auto" w:fill="C6D9F1" w:themeFill="text2" w:themeFillTint="33"/>
          </w:tcPr>
          <w:p w14:paraId="4CCBA140" w14:textId="77777777" w:rsidR="00C01E99" w:rsidRDefault="00C01E99" w:rsidP="00C01E99">
            <w:pPr>
              <w:jc w:val="center"/>
              <w:rPr>
                <w:rFonts w:ascii="Arial" w:hAnsi="Arial" w:cs="Arial"/>
                <w:b/>
                <w:bCs/>
              </w:rPr>
            </w:pPr>
          </w:p>
        </w:tc>
        <w:tc>
          <w:tcPr>
            <w:tcW w:w="1463" w:type="dxa"/>
            <w:shd w:val="clear" w:color="auto" w:fill="C6D9F1" w:themeFill="text2" w:themeFillTint="33"/>
          </w:tcPr>
          <w:p w14:paraId="3AF5ED1E" w14:textId="77777777" w:rsidR="00C01E99" w:rsidRDefault="00C01E99" w:rsidP="00C01E99">
            <w:pPr>
              <w:jc w:val="center"/>
              <w:rPr>
                <w:rFonts w:ascii="Arial" w:hAnsi="Arial" w:cs="Arial"/>
                <w:b/>
                <w:bCs/>
              </w:rPr>
            </w:pPr>
          </w:p>
        </w:tc>
      </w:tr>
      <w:tr w:rsidR="00C01E99" w14:paraId="052F367D" w14:textId="77777777" w:rsidTr="00C01E99">
        <w:tc>
          <w:tcPr>
            <w:tcW w:w="3681" w:type="dxa"/>
            <w:gridSpan w:val="2"/>
            <w:shd w:val="clear" w:color="auto" w:fill="C6D9F1" w:themeFill="text2" w:themeFillTint="33"/>
          </w:tcPr>
          <w:p w14:paraId="2E49175B" w14:textId="77777777" w:rsidR="00C01E99" w:rsidRDefault="00C01E99" w:rsidP="00C01E99">
            <w:pPr>
              <w:jc w:val="center"/>
              <w:rPr>
                <w:rFonts w:ascii="Arial" w:hAnsi="Arial" w:cs="Arial"/>
                <w:b/>
                <w:bCs/>
              </w:rPr>
            </w:pPr>
          </w:p>
        </w:tc>
        <w:tc>
          <w:tcPr>
            <w:tcW w:w="1584" w:type="dxa"/>
            <w:shd w:val="clear" w:color="auto" w:fill="C6D9F1" w:themeFill="text2" w:themeFillTint="33"/>
          </w:tcPr>
          <w:p w14:paraId="4511C76A" w14:textId="77777777" w:rsidR="00C01E99" w:rsidRDefault="00C01E99" w:rsidP="00C01E99">
            <w:pPr>
              <w:jc w:val="center"/>
              <w:rPr>
                <w:rFonts w:ascii="Arial" w:hAnsi="Arial" w:cs="Arial"/>
                <w:b/>
                <w:bCs/>
              </w:rPr>
            </w:pPr>
          </w:p>
        </w:tc>
        <w:tc>
          <w:tcPr>
            <w:tcW w:w="3802" w:type="dxa"/>
            <w:gridSpan w:val="3"/>
            <w:shd w:val="clear" w:color="auto" w:fill="C6D9F1" w:themeFill="text2" w:themeFillTint="33"/>
          </w:tcPr>
          <w:p w14:paraId="561C00AD" w14:textId="77777777" w:rsidR="00C01E99" w:rsidRDefault="00C01E99" w:rsidP="00C01E99">
            <w:pPr>
              <w:jc w:val="center"/>
              <w:rPr>
                <w:rFonts w:ascii="Arial" w:hAnsi="Arial" w:cs="Arial"/>
                <w:b/>
                <w:bCs/>
              </w:rPr>
            </w:pPr>
          </w:p>
        </w:tc>
        <w:tc>
          <w:tcPr>
            <w:tcW w:w="1463" w:type="dxa"/>
            <w:shd w:val="clear" w:color="auto" w:fill="C6D9F1" w:themeFill="text2" w:themeFillTint="33"/>
          </w:tcPr>
          <w:p w14:paraId="0B52DE84" w14:textId="77777777" w:rsidR="00C01E99" w:rsidRDefault="00C01E99" w:rsidP="00C01E99">
            <w:pPr>
              <w:jc w:val="center"/>
              <w:rPr>
                <w:rFonts w:ascii="Arial" w:hAnsi="Arial" w:cs="Arial"/>
                <w:b/>
                <w:bCs/>
              </w:rPr>
            </w:pPr>
          </w:p>
        </w:tc>
      </w:tr>
      <w:tr w:rsidR="00C01E99" w14:paraId="421AF455" w14:textId="77777777" w:rsidTr="00C01E99">
        <w:tc>
          <w:tcPr>
            <w:tcW w:w="3681" w:type="dxa"/>
            <w:gridSpan w:val="2"/>
            <w:shd w:val="clear" w:color="auto" w:fill="C6D9F1" w:themeFill="text2" w:themeFillTint="33"/>
          </w:tcPr>
          <w:p w14:paraId="7F4A064A" w14:textId="77777777" w:rsidR="00C01E99" w:rsidRDefault="00C01E99" w:rsidP="00C01E99">
            <w:pPr>
              <w:jc w:val="center"/>
              <w:rPr>
                <w:rFonts w:ascii="Arial" w:hAnsi="Arial" w:cs="Arial"/>
                <w:b/>
                <w:bCs/>
              </w:rPr>
            </w:pPr>
          </w:p>
        </w:tc>
        <w:tc>
          <w:tcPr>
            <w:tcW w:w="1584" w:type="dxa"/>
            <w:shd w:val="clear" w:color="auto" w:fill="C6D9F1" w:themeFill="text2" w:themeFillTint="33"/>
          </w:tcPr>
          <w:p w14:paraId="55E03D84" w14:textId="77777777" w:rsidR="00C01E99" w:rsidRDefault="00C01E99" w:rsidP="00C01E99">
            <w:pPr>
              <w:jc w:val="center"/>
              <w:rPr>
                <w:rFonts w:ascii="Arial" w:hAnsi="Arial" w:cs="Arial"/>
                <w:b/>
                <w:bCs/>
              </w:rPr>
            </w:pPr>
          </w:p>
        </w:tc>
        <w:tc>
          <w:tcPr>
            <w:tcW w:w="3802" w:type="dxa"/>
            <w:gridSpan w:val="3"/>
            <w:shd w:val="clear" w:color="auto" w:fill="C6D9F1" w:themeFill="text2" w:themeFillTint="33"/>
          </w:tcPr>
          <w:p w14:paraId="16A4DBE1" w14:textId="77777777" w:rsidR="00C01E99" w:rsidRDefault="00C01E99" w:rsidP="00C01E99">
            <w:pPr>
              <w:jc w:val="center"/>
              <w:rPr>
                <w:rFonts w:ascii="Arial" w:hAnsi="Arial" w:cs="Arial"/>
                <w:b/>
                <w:bCs/>
              </w:rPr>
            </w:pPr>
          </w:p>
        </w:tc>
        <w:tc>
          <w:tcPr>
            <w:tcW w:w="1463" w:type="dxa"/>
            <w:shd w:val="clear" w:color="auto" w:fill="C6D9F1" w:themeFill="text2" w:themeFillTint="33"/>
          </w:tcPr>
          <w:p w14:paraId="4D9401EE" w14:textId="77777777" w:rsidR="00C01E99" w:rsidRDefault="00C01E99" w:rsidP="00C01E99">
            <w:pPr>
              <w:jc w:val="center"/>
              <w:rPr>
                <w:rFonts w:ascii="Arial" w:hAnsi="Arial" w:cs="Arial"/>
                <w:b/>
                <w:bCs/>
              </w:rPr>
            </w:pPr>
          </w:p>
        </w:tc>
      </w:tr>
      <w:tr w:rsidR="00C01E99" w14:paraId="527F7786" w14:textId="77777777" w:rsidTr="00C01E99">
        <w:tc>
          <w:tcPr>
            <w:tcW w:w="3681" w:type="dxa"/>
            <w:gridSpan w:val="2"/>
            <w:shd w:val="clear" w:color="auto" w:fill="C6D9F1" w:themeFill="text2" w:themeFillTint="33"/>
          </w:tcPr>
          <w:p w14:paraId="1F1C37CC" w14:textId="77777777" w:rsidR="00C01E99" w:rsidRDefault="00C01E99" w:rsidP="00C01E99">
            <w:pPr>
              <w:jc w:val="center"/>
              <w:rPr>
                <w:rFonts w:ascii="Arial" w:hAnsi="Arial" w:cs="Arial"/>
                <w:b/>
                <w:bCs/>
              </w:rPr>
            </w:pPr>
          </w:p>
        </w:tc>
        <w:tc>
          <w:tcPr>
            <w:tcW w:w="1584" w:type="dxa"/>
            <w:shd w:val="clear" w:color="auto" w:fill="C6D9F1" w:themeFill="text2" w:themeFillTint="33"/>
          </w:tcPr>
          <w:p w14:paraId="18955B90" w14:textId="77777777" w:rsidR="00C01E99" w:rsidRDefault="00C01E99" w:rsidP="00C01E99">
            <w:pPr>
              <w:jc w:val="center"/>
              <w:rPr>
                <w:rFonts w:ascii="Arial" w:hAnsi="Arial" w:cs="Arial"/>
                <w:b/>
                <w:bCs/>
              </w:rPr>
            </w:pPr>
          </w:p>
        </w:tc>
        <w:tc>
          <w:tcPr>
            <w:tcW w:w="3802" w:type="dxa"/>
            <w:gridSpan w:val="3"/>
            <w:shd w:val="clear" w:color="auto" w:fill="C6D9F1" w:themeFill="text2" w:themeFillTint="33"/>
          </w:tcPr>
          <w:p w14:paraId="34E65D9C" w14:textId="77777777" w:rsidR="00C01E99" w:rsidRDefault="00C01E99" w:rsidP="00C01E99">
            <w:pPr>
              <w:jc w:val="center"/>
              <w:rPr>
                <w:rFonts w:ascii="Arial" w:hAnsi="Arial" w:cs="Arial"/>
                <w:b/>
                <w:bCs/>
              </w:rPr>
            </w:pPr>
          </w:p>
        </w:tc>
        <w:tc>
          <w:tcPr>
            <w:tcW w:w="1463" w:type="dxa"/>
            <w:shd w:val="clear" w:color="auto" w:fill="C6D9F1" w:themeFill="text2" w:themeFillTint="33"/>
          </w:tcPr>
          <w:p w14:paraId="04A1E94A" w14:textId="77777777" w:rsidR="00C01E99" w:rsidRDefault="00C01E99" w:rsidP="00C01E99">
            <w:pPr>
              <w:jc w:val="center"/>
              <w:rPr>
                <w:rFonts w:ascii="Arial" w:hAnsi="Arial" w:cs="Arial"/>
                <w:b/>
                <w:bCs/>
              </w:rPr>
            </w:pPr>
          </w:p>
        </w:tc>
      </w:tr>
      <w:tr w:rsidR="00C01E99" w14:paraId="786F8807" w14:textId="77777777" w:rsidTr="00C01E99">
        <w:tc>
          <w:tcPr>
            <w:tcW w:w="3681" w:type="dxa"/>
            <w:gridSpan w:val="2"/>
            <w:shd w:val="clear" w:color="auto" w:fill="C6D9F1" w:themeFill="text2" w:themeFillTint="33"/>
          </w:tcPr>
          <w:p w14:paraId="331D3E2D" w14:textId="77777777" w:rsidR="00C01E99" w:rsidRDefault="00C01E99" w:rsidP="00C01E99">
            <w:pPr>
              <w:jc w:val="center"/>
              <w:rPr>
                <w:rFonts w:ascii="Arial" w:hAnsi="Arial" w:cs="Arial"/>
                <w:b/>
                <w:bCs/>
              </w:rPr>
            </w:pPr>
          </w:p>
        </w:tc>
        <w:tc>
          <w:tcPr>
            <w:tcW w:w="1584" w:type="dxa"/>
            <w:shd w:val="clear" w:color="auto" w:fill="C6D9F1" w:themeFill="text2" w:themeFillTint="33"/>
          </w:tcPr>
          <w:p w14:paraId="03E72622" w14:textId="77777777" w:rsidR="00C01E99" w:rsidRDefault="00C01E99" w:rsidP="00C01E99">
            <w:pPr>
              <w:jc w:val="center"/>
              <w:rPr>
                <w:rFonts w:ascii="Arial" w:hAnsi="Arial" w:cs="Arial"/>
                <w:b/>
                <w:bCs/>
              </w:rPr>
            </w:pPr>
          </w:p>
        </w:tc>
        <w:tc>
          <w:tcPr>
            <w:tcW w:w="3802" w:type="dxa"/>
            <w:gridSpan w:val="3"/>
            <w:shd w:val="clear" w:color="auto" w:fill="C6D9F1" w:themeFill="text2" w:themeFillTint="33"/>
          </w:tcPr>
          <w:p w14:paraId="55AE9B66" w14:textId="77777777" w:rsidR="00C01E99" w:rsidRDefault="00C01E99" w:rsidP="00C01E99">
            <w:pPr>
              <w:jc w:val="center"/>
              <w:rPr>
                <w:rFonts w:ascii="Arial" w:hAnsi="Arial" w:cs="Arial"/>
                <w:b/>
                <w:bCs/>
              </w:rPr>
            </w:pPr>
          </w:p>
        </w:tc>
        <w:tc>
          <w:tcPr>
            <w:tcW w:w="1463" w:type="dxa"/>
            <w:shd w:val="clear" w:color="auto" w:fill="C6D9F1" w:themeFill="text2" w:themeFillTint="33"/>
          </w:tcPr>
          <w:p w14:paraId="268C88F9" w14:textId="77777777" w:rsidR="00C01E99" w:rsidRDefault="00C01E99" w:rsidP="00C01E99">
            <w:pPr>
              <w:jc w:val="center"/>
              <w:rPr>
                <w:rFonts w:ascii="Arial" w:hAnsi="Arial" w:cs="Arial"/>
                <w:b/>
                <w:bCs/>
              </w:rPr>
            </w:pPr>
          </w:p>
        </w:tc>
      </w:tr>
    </w:tbl>
    <w:p w14:paraId="4AEB0651" w14:textId="190C95CD" w:rsidR="00C01E99" w:rsidRDefault="00C01E99" w:rsidP="00C01E99">
      <w:r>
        <w:br/>
      </w:r>
    </w:p>
    <w:p w14:paraId="7503421F" w14:textId="77777777" w:rsidR="00C01E99" w:rsidRPr="00C01E99" w:rsidRDefault="00C01E99" w:rsidP="00C01E99"/>
    <w:p w14:paraId="433A5A87" w14:textId="6375DB99" w:rsidR="00C01E99" w:rsidRDefault="00C01E99">
      <w:pPr>
        <w:rPr>
          <w:noProof/>
        </w:rPr>
      </w:pPr>
      <w:r>
        <w:rPr>
          <w:noProof/>
        </w:rPr>
        <w:br/>
      </w:r>
    </w:p>
    <w:tbl>
      <w:tblPr>
        <w:tblStyle w:val="TableGrid"/>
        <w:tblW w:w="0" w:type="auto"/>
        <w:tblInd w:w="-5" w:type="dxa"/>
        <w:tblLook w:val="04A0" w:firstRow="1" w:lastRow="0" w:firstColumn="1" w:lastColumn="0" w:noHBand="0" w:noVBand="1"/>
      </w:tblPr>
      <w:tblGrid>
        <w:gridCol w:w="4996"/>
        <w:gridCol w:w="5539"/>
      </w:tblGrid>
      <w:tr w:rsidR="00C01E99" w14:paraId="5AEF5611" w14:textId="77777777" w:rsidTr="00C01E99">
        <w:tc>
          <w:tcPr>
            <w:tcW w:w="10535" w:type="dxa"/>
            <w:gridSpan w:val="2"/>
            <w:shd w:val="clear" w:color="auto" w:fill="D9D9D9" w:themeFill="background1" w:themeFillShade="D9"/>
          </w:tcPr>
          <w:p w14:paraId="559BF413" w14:textId="25BC82A3" w:rsidR="00C01E99" w:rsidRPr="00C01E99" w:rsidRDefault="00C01E99">
            <w:pPr>
              <w:rPr>
                <w:rFonts w:ascii="Arial" w:hAnsi="Arial" w:cs="Arial"/>
                <w:b/>
                <w:bCs/>
                <w:noProof/>
              </w:rPr>
            </w:pPr>
            <w:r w:rsidRPr="00C01E99">
              <w:rPr>
                <w:rFonts w:ascii="Arial" w:hAnsi="Arial" w:cs="Arial"/>
                <w:b/>
                <w:bCs/>
                <w:noProof/>
              </w:rPr>
              <w:t>Team Resources</w:t>
            </w:r>
          </w:p>
        </w:tc>
      </w:tr>
      <w:tr w:rsidR="00C01E99" w14:paraId="5A58B548" w14:textId="77777777" w:rsidTr="00C01E99">
        <w:trPr>
          <w:trHeight w:val="2472"/>
        </w:trPr>
        <w:tc>
          <w:tcPr>
            <w:tcW w:w="4996" w:type="dxa"/>
            <w:shd w:val="clear" w:color="auto" w:fill="D9D9D9" w:themeFill="background1" w:themeFillShade="D9"/>
          </w:tcPr>
          <w:p w14:paraId="65DD9185" w14:textId="7B562EC7" w:rsidR="00C01E99" w:rsidRPr="00C01E99" w:rsidRDefault="00C01E99">
            <w:pPr>
              <w:rPr>
                <w:rFonts w:ascii="Arial" w:hAnsi="Arial" w:cs="Arial"/>
                <w:b/>
                <w:bCs/>
                <w:noProof/>
              </w:rPr>
            </w:pPr>
            <w:r>
              <w:rPr>
                <w:noProof/>
              </w:rPr>
              <mc:AlternateContent>
                <mc:Choice Requires="wps">
                  <w:drawing>
                    <wp:anchor distT="45720" distB="45720" distL="114300" distR="114300" simplePos="0" relativeHeight="251663360" behindDoc="0" locked="0" layoutInCell="1" allowOverlap="1" wp14:anchorId="2FF8839A" wp14:editId="6F5B0762">
                      <wp:simplePos x="0" y="0"/>
                      <wp:positionH relativeFrom="column">
                        <wp:posOffset>-65405</wp:posOffset>
                      </wp:positionH>
                      <wp:positionV relativeFrom="paragraph">
                        <wp:posOffset>4445</wp:posOffset>
                      </wp:positionV>
                      <wp:extent cx="3162300" cy="1619250"/>
                      <wp:effectExtent l="0" t="0" r="19050" b="19050"/>
                      <wp:wrapSquare wrapText="bothSides"/>
                      <wp:docPr id="1324532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619250"/>
                              </a:xfrm>
                              <a:prstGeom prst="rect">
                                <a:avLst/>
                              </a:prstGeom>
                              <a:solidFill>
                                <a:srgbClr val="FFFFFF"/>
                              </a:solidFill>
                              <a:ln w="9525">
                                <a:solidFill>
                                  <a:srgbClr val="000000"/>
                                </a:solidFill>
                                <a:miter lim="800000"/>
                                <a:headEnd/>
                                <a:tailEnd/>
                              </a:ln>
                            </wps:spPr>
                            <wps:txbx>
                              <w:txbxContent>
                                <w:p w14:paraId="611E3E86" w14:textId="1DC25ABB" w:rsidR="00C01E99" w:rsidRDefault="00C01E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8839A" id="_x0000_s1028" type="#_x0000_t202" style="position:absolute;margin-left:-5.15pt;margin-top:.35pt;width:249pt;height:1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">
                      <v:textbox>
                        <w:txbxContent>
                          <w:p w14:paraId="611E3E86" w14:textId="1DC25ABB" w:rsidR="00C01E99" w:rsidRDefault="00C01E99"/>
                        </w:txbxContent>
                      </v:textbox>
                      <w10:wrap type="square"/>
                    </v:shape>
                  </w:pict>
                </mc:Fallback>
              </mc:AlternateContent>
            </w:r>
          </w:p>
        </w:tc>
        <w:tc>
          <w:tcPr>
            <w:tcW w:w="5539" w:type="dxa"/>
            <w:shd w:val="clear" w:color="auto" w:fill="D9D9D9" w:themeFill="background1" w:themeFillShade="D9"/>
          </w:tcPr>
          <w:p w14:paraId="2A35505C" w14:textId="04165C4B" w:rsidR="00C01E99" w:rsidRPr="00C01E99" w:rsidRDefault="00C01E99">
            <w:pPr>
              <w:rPr>
                <w:rFonts w:ascii="Arial" w:hAnsi="Arial" w:cs="Arial"/>
                <w:b/>
                <w:bCs/>
                <w:noProof/>
              </w:rPr>
            </w:pPr>
            <w:r w:rsidRPr="00C01E99">
              <w:rPr>
                <w:rFonts w:ascii="Arial" w:hAnsi="Arial" w:cs="Arial"/>
                <w:b/>
                <w:bCs/>
                <w:noProof/>
              </w:rPr>
              <mc:AlternateContent>
                <mc:Choice Requires="wps">
                  <w:drawing>
                    <wp:anchor distT="0" distB="0" distL="114300" distR="114300" simplePos="0" relativeHeight="251664384" behindDoc="0" locked="0" layoutInCell="1" allowOverlap="1" wp14:anchorId="68DF5647" wp14:editId="0CADC0F4">
                      <wp:simplePos x="0" y="0"/>
                      <wp:positionH relativeFrom="column">
                        <wp:posOffset>-65405</wp:posOffset>
                      </wp:positionH>
                      <wp:positionV relativeFrom="paragraph">
                        <wp:posOffset>1270</wp:posOffset>
                      </wp:positionV>
                      <wp:extent cx="3514725" cy="1619250"/>
                      <wp:effectExtent l="0" t="0" r="28575" b="19050"/>
                      <wp:wrapSquare wrapText="bothSides"/>
                      <wp:docPr id="822479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619250"/>
                              </a:xfrm>
                              <a:prstGeom prst="rect">
                                <a:avLst/>
                              </a:prstGeom>
                              <a:solidFill>
                                <a:srgbClr val="FFFFFF"/>
                              </a:solidFill>
                              <a:ln w="9525">
                                <a:solidFill>
                                  <a:srgbClr val="000000"/>
                                </a:solidFill>
                                <a:miter lim="800000"/>
                                <a:headEnd/>
                                <a:tailEnd/>
                              </a:ln>
                            </wps:spPr>
                            <wps:txbx>
                              <w:txbxContent>
                                <w:p w14:paraId="11E9E1F9" w14:textId="1149C4C7" w:rsidR="00C01E99" w:rsidRDefault="00C01E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F5647" id="_x0000_s1029" type="#_x0000_t202" style="position:absolute;margin-left:-5.15pt;margin-top:.1pt;width:276.7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">
                      <v:textbox>
                        <w:txbxContent>
                          <w:p w14:paraId="11E9E1F9" w14:textId="1149C4C7" w:rsidR="00C01E99" w:rsidRDefault="00C01E99"/>
                        </w:txbxContent>
                      </v:textbox>
                      <w10:wrap type="square"/>
                    </v:shape>
                  </w:pict>
                </mc:Fallback>
              </mc:AlternateContent>
            </w:r>
          </w:p>
        </w:tc>
      </w:tr>
    </w:tbl>
    <w:p w14:paraId="7CE65B25" w14:textId="68561DE8" w:rsidR="00C01E99" w:rsidRDefault="00C01E99">
      <w:pPr>
        <w:rPr>
          <w:noProof/>
        </w:rPr>
      </w:pPr>
      <w:r w:rsidRPr="00C01E99">
        <w:rPr>
          <w:rFonts w:ascii="Arial" w:hAnsi="Arial" w:cs="Arial"/>
          <w:noProof/>
        </w:rPr>
        <mc:AlternateContent>
          <mc:Choice Requires="wps">
            <w:drawing>
              <wp:anchor distT="45720" distB="45720" distL="114300" distR="114300" simplePos="0" relativeHeight="251666432" behindDoc="0" locked="0" layoutInCell="1" allowOverlap="1" wp14:anchorId="54142193" wp14:editId="7AE72513">
                <wp:simplePos x="0" y="0"/>
                <wp:positionH relativeFrom="column">
                  <wp:posOffset>3175</wp:posOffset>
                </wp:positionH>
                <wp:positionV relativeFrom="paragraph">
                  <wp:posOffset>4102100</wp:posOffset>
                </wp:positionV>
                <wp:extent cx="6686550" cy="1647825"/>
                <wp:effectExtent l="0" t="0" r="19050" b="28575"/>
                <wp:wrapSquare wrapText="bothSides"/>
                <wp:docPr id="809415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647825"/>
                        </a:xfrm>
                        <a:prstGeom prst="rect">
                          <a:avLst/>
                        </a:prstGeom>
                        <a:solidFill>
                          <a:srgbClr val="FFFFFF"/>
                        </a:solidFill>
                        <a:ln w="9525">
                          <a:solidFill>
                            <a:srgbClr val="000000"/>
                          </a:solidFill>
                          <a:miter lim="800000"/>
                          <a:headEnd/>
                          <a:tailEnd/>
                        </a:ln>
                      </wps:spPr>
                      <wps:txbx>
                        <w:txbxContent>
                          <w:p w14:paraId="7D652F2E" w14:textId="370B9915" w:rsidR="00C01E99" w:rsidRDefault="00C01E99" w:rsidP="00C01E99">
                            <w:pPr>
                              <w:shd w:val="clear" w:color="auto" w:fill="C6D9F1" w:themeFill="text2"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42193" id="_x0000_s1030" type="#_x0000_t202" style="position:absolute;margin-left:.25pt;margin-top:323pt;width:526.5pt;height:129.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">
                <v:textbox>
                  <w:txbxContent>
                    <w:p w14:paraId="7D652F2E" w14:textId="370B9915" w:rsidR="00C01E99" w:rsidRDefault="00C01E99" w:rsidP="00C01E99">
                      <w:pPr>
                        <w:shd w:val="clear" w:color="auto" w:fill="C6D9F1" w:themeFill="text2" w:themeFillTint="33"/>
                      </w:pPr>
                    </w:p>
                  </w:txbxContent>
                </v:textbox>
                <w10:wrap type="square"/>
              </v:shape>
            </w:pict>
          </mc:Fallback>
        </mc:AlternateContent>
      </w:r>
    </w:p>
    <w:tbl>
      <w:tblPr>
        <w:tblStyle w:val="TableGrid"/>
        <w:tblW w:w="0" w:type="auto"/>
        <w:tblLook w:val="04A0" w:firstRow="1" w:lastRow="0" w:firstColumn="1" w:lastColumn="0" w:noHBand="0" w:noVBand="1"/>
      </w:tblPr>
      <w:tblGrid>
        <w:gridCol w:w="5265"/>
        <w:gridCol w:w="5265"/>
      </w:tblGrid>
      <w:tr w:rsidR="00C01E99" w14:paraId="76320055" w14:textId="77777777" w:rsidTr="00C01E99">
        <w:tc>
          <w:tcPr>
            <w:tcW w:w="10530" w:type="dxa"/>
            <w:gridSpan w:val="2"/>
            <w:shd w:val="clear" w:color="auto" w:fill="007DBA"/>
          </w:tcPr>
          <w:p w14:paraId="3EC71308" w14:textId="3372AA52" w:rsidR="00C01E99" w:rsidRPr="00C01E99" w:rsidRDefault="00C01E99" w:rsidP="00C01E99">
            <w:pPr>
              <w:jc w:val="center"/>
              <w:rPr>
                <w:rFonts w:ascii="Arial" w:hAnsi="Arial" w:cs="Arial"/>
                <w:b/>
                <w:bCs/>
                <w:noProof/>
              </w:rPr>
            </w:pPr>
            <w:r w:rsidRPr="00C01E99">
              <w:rPr>
                <w:rFonts w:ascii="Arial" w:hAnsi="Arial" w:cs="Arial"/>
                <w:b/>
                <w:bCs/>
                <w:noProof/>
                <w:color w:val="FFFFFF" w:themeColor="background1"/>
              </w:rPr>
              <w:t>Communications and Reporting</w:t>
            </w:r>
          </w:p>
        </w:tc>
      </w:tr>
      <w:tr w:rsidR="00C01E99" w14:paraId="5FA6BB31" w14:textId="77777777" w:rsidTr="003F560C">
        <w:tc>
          <w:tcPr>
            <w:tcW w:w="10530" w:type="dxa"/>
            <w:gridSpan w:val="2"/>
          </w:tcPr>
          <w:p w14:paraId="0CE8F25E" w14:textId="26E95871" w:rsidR="00C01E99" w:rsidRPr="00C01E99" w:rsidRDefault="00C01E99" w:rsidP="00C01E99">
            <w:pPr>
              <w:jc w:val="center"/>
              <w:rPr>
                <w:rFonts w:ascii="Arial" w:hAnsi="Arial" w:cs="Arial"/>
                <w:b/>
                <w:bCs/>
                <w:noProof/>
              </w:rPr>
            </w:pPr>
            <w:r w:rsidRPr="004F2C80">
              <w:rPr>
                <w:rFonts w:ascii="Arial" w:hAnsi="Arial" w:cs="Arial"/>
                <w:b/>
                <w:bCs/>
                <w:noProof/>
                <w:color w:val="ED0000"/>
              </w:rPr>
              <w:t>Refer to ICS 205f Incident Field Communications Plan for VHF channels and contact numbers</w:t>
            </w:r>
          </w:p>
        </w:tc>
      </w:tr>
      <w:tr w:rsidR="00C01E99" w14:paraId="0A090FF4" w14:textId="77777777" w:rsidTr="00C01E99">
        <w:tc>
          <w:tcPr>
            <w:tcW w:w="5265" w:type="dxa"/>
            <w:shd w:val="clear" w:color="auto" w:fill="D9D9D9" w:themeFill="background1" w:themeFillShade="D9"/>
          </w:tcPr>
          <w:p w14:paraId="6E071912" w14:textId="4E0DCB3E" w:rsidR="00C01E99" w:rsidRPr="00C01E99" w:rsidRDefault="00C01E99" w:rsidP="00C01E99">
            <w:pPr>
              <w:jc w:val="center"/>
              <w:rPr>
                <w:rFonts w:ascii="Arial" w:hAnsi="Arial" w:cs="Arial"/>
                <w:b/>
                <w:bCs/>
                <w:noProof/>
              </w:rPr>
            </w:pPr>
            <w:r w:rsidRPr="00C01E99">
              <w:rPr>
                <w:rFonts w:ascii="Arial" w:hAnsi="Arial" w:cs="Arial"/>
                <w:b/>
                <w:bCs/>
                <w:noProof/>
              </w:rPr>
              <w:t>Standing Reporting Requirements</w:t>
            </w:r>
          </w:p>
        </w:tc>
        <w:tc>
          <w:tcPr>
            <w:tcW w:w="5265" w:type="dxa"/>
            <w:shd w:val="clear" w:color="auto" w:fill="D9D9D9" w:themeFill="background1" w:themeFillShade="D9"/>
          </w:tcPr>
          <w:p w14:paraId="2159B888" w14:textId="0C69EAFC" w:rsidR="00C01E99" w:rsidRPr="00C01E99" w:rsidRDefault="00C01E99" w:rsidP="00C01E99">
            <w:pPr>
              <w:jc w:val="center"/>
              <w:rPr>
                <w:rFonts w:ascii="Arial" w:hAnsi="Arial" w:cs="Arial"/>
                <w:b/>
                <w:bCs/>
                <w:noProof/>
              </w:rPr>
            </w:pPr>
            <w:r w:rsidRPr="00C01E99">
              <w:rPr>
                <w:rFonts w:ascii="Arial" w:hAnsi="Arial" w:cs="Arial"/>
                <w:b/>
                <w:bCs/>
                <w:noProof/>
              </w:rPr>
              <w:t>Standing Documentation Requirements</w:t>
            </w:r>
          </w:p>
        </w:tc>
      </w:tr>
      <w:tr w:rsidR="00C01E99" w14:paraId="74238A71" w14:textId="77777777" w:rsidTr="004509C4">
        <w:trPr>
          <w:trHeight w:val="1330"/>
        </w:trPr>
        <w:tc>
          <w:tcPr>
            <w:tcW w:w="5265" w:type="dxa"/>
          </w:tcPr>
          <w:p w14:paraId="5F1B8BB2" w14:textId="7FDD44C1" w:rsidR="00C01E99" w:rsidRPr="00C01E99" w:rsidRDefault="00C01E99" w:rsidP="00C01E99">
            <w:pPr>
              <w:pStyle w:val="ListParagraph"/>
              <w:numPr>
                <w:ilvl w:val="0"/>
                <w:numId w:val="11"/>
              </w:numPr>
              <w:ind w:left="731"/>
              <w:rPr>
                <w:rFonts w:ascii="Arial" w:hAnsi="Arial" w:cs="Arial"/>
                <w:noProof/>
              </w:rPr>
            </w:pPr>
            <w:r w:rsidRPr="00C01E99">
              <w:rPr>
                <w:rFonts w:ascii="Arial" w:hAnsi="Arial" w:cs="Arial"/>
                <w:noProof/>
              </w:rPr>
              <w:t>Report when arriving or departing any sector or staging area.</w:t>
            </w:r>
          </w:p>
          <w:p w14:paraId="3ECB0368" w14:textId="0C3EB826" w:rsidR="00C01E99" w:rsidRPr="00C01E99" w:rsidRDefault="00C01E99" w:rsidP="00C01E99">
            <w:pPr>
              <w:pStyle w:val="ListParagraph"/>
              <w:numPr>
                <w:ilvl w:val="0"/>
                <w:numId w:val="11"/>
              </w:numPr>
              <w:ind w:left="731"/>
              <w:rPr>
                <w:rFonts w:ascii="Arial" w:hAnsi="Arial" w:cs="Arial"/>
                <w:noProof/>
              </w:rPr>
            </w:pPr>
            <w:r w:rsidRPr="00C01E99">
              <w:rPr>
                <w:rFonts w:ascii="Arial" w:hAnsi="Arial" w:cs="Arial"/>
                <w:noProof/>
              </w:rPr>
              <w:t>Report when each task is completed.</w:t>
            </w:r>
          </w:p>
          <w:p w14:paraId="0D4E7B29" w14:textId="121DF8A6" w:rsidR="00C01E99" w:rsidRPr="00C01E99" w:rsidRDefault="00C01E99" w:rsidP="00C01E99">
            <w:pPr>
              <w:pStyle w:val="ListParagraph"/>
              <w:numPr>
                <w:ilvl w:val="0"/>
                <w:numId w:val="11"/>
              </w:numPr>
              <w:ind w:left="731"/>
              <w:rPr>
                <w:rFonts w:ascii="Arial" w:hAnsi="Arial" w:cs="Arial"/>
                <w:noProof/>
              </w:rPr>
            </w:pPr>
            <w:r w:rsidRPr="00C01E99">
              <w:rPr>
                <w:rFonts w:ascii="Arial" w:hAnsi="Arial" w:cs="Arial"/>
                <w:noProof/>
              </w:rPr>
              <w:t>Report all safety incidents or near misses.</w:t>
            </w:r>
          </w:p>
          <w:p w14:paraId="16D78739" w14:textId="36DF7BAA" w:rsidR="00C01E99" w:rsidRPr="00C01E99" w:rsidRDefault="00C01E99" w:rsidP="00C01E99">
            <w:pPr>
              <w:pStyle w:val="ListParagraph"/>
              <w:numPr>
                <w:ilvl w:val="0"/>
                <w:numId w:val="11"/>
              </w:numPr>
              <w:ind w:left="731"/>
              <w:rPr>
                <w:rFonts w:ascii="Arial" w:hAnsi="Arial" w:cs="Arial"/>
                <w:noProof/>
              </w:rPr>
            </w:pPr>
            <w:r w:rsidRPr="00C01E99">
              <w:rPr>
                <w:rFonts w:ascii="Arial" w:hAnsi="Arial" w:cs="Arial"/>
                <w:noProof/>
              </w:rPr>
              <w:t>Report any requirement to deviate from the Execution Instructions.</w:t>
            </w:r>
          </w:p>
          <w:p w14:paraId="5E9F5AFA" w14:textId="36980598" w:rsidR="00C01E99" w:rsidRPr="00C01E99" w:rsidRDefault="00C01E99" w:rsidP="00C01E99">
            <w:pPr>
              <w:pStyle w:val="ListParagraph"/>
              <w:numPr>
                <w:ilvl w:val="0"/>
                <w:numId w:val="11"/>
              </w:numPr>
              <w:ind w:left="731"/>
              <w:rPr>
                <w:rFonts w:ascii="Arial" w:hAnsi="Arial" w:cs="Arial"/>
                <w:noProof/>
              </w:rPr>
            </w:pPr>
            <w:r w:rsidRPr="00C01E99">
              <w:rPr>
                <w:rFonts w:ascii="Arial" w:hAnsi="Arial" w:cs="Arial"/>
                <w:noProof/>
              </w:rPr>
              <w:t>Report any oiled wildlife as soon as possible.</w:t>
            </w:r>
          </w:p>
        </w:tc>
        <w:tc>
          <w:tcPr>
            <w:tcW w:w="5265" w:type="dxa"/>
          </w:tcPr>
          <w:p w14:paraId="499469DE" w14:textId="794C822E" w:rsidR="00C01E99" w:rsidRPr="00C01E99" w:rsidRDefault="00C01E99" w:rsidP="00C01E99">
            <w:pPr>
              <w:pStyle w:val="ListParagraph"/>
              <w:numPr>
                <w:ilvl w:val="0"/>
                <w:numId w:val="11"/>
              </w:numPr>
              <w:rPr>
                <w:rFonts w:ascii="Arial" w:hAnsi="Arial" w:cs="Arial"/>
                <w:noProof/>
              </w:rPr>
            </w:pPr>
            <w:r w:rsidRPr="00C01E99">
              <w:rPr>
                <w:rFonts w:ascii="Arial" w:hAnsi="Arial" w:cs="Arial"/>
                <w:noProof/>
              </w:rPr>
              <w:t>Document all equipment usage.</w:t>
            </w:r>
          </w:p>
          <w:p w14:paraId="5DAE474F" w14:textId="1A765DF7" w:rsidR="00C01E99" w:rsidRPr="00C01E99" w:rsidRDefault="00C01E99" w:rsidP="00C01E99">
            <w:pPr>
              <w:pStyle w:val="ListParagraph"/>
              <w:numPr>
                <w:ilvl w:val="0"/>
                <w:numId w:val="11"/>
              </w:numPr>
              <w:rPr>
                <w:rFonts w:ascii="Arial" w:hAnsi="Arial" w:cs="Arial"/>
                <w:noProof/>
              </w:rPr>
            </w:pPr>
            <w:r w:rsidRPr="00C01E99">
              <w:rPr>
                <w:rFonts w:ascii="Arial" w:hAnsi="Arial" w:cs="Arial"/>
                <w:noProof/>
              </w:rPr>
              <w:t>Document start, finish, and break times, including team check ins/outs (daily basis).</w:t>
            </w:r>
          </w:p>
          <w:p w14:paraId="01F27D7E" w14:textId="6E6CAECE" w:rsidR="00C01E99" w:rsidRPr="00C01E99" w:rsidRDefault="00C01E99" w:rsidP="00C01E99">
            <w:pPr>
              <w:pStyle w:val="ListParagraph"/>
              <w:numPr>
                <w:ilvl w:val="0"/>
                <w:numId w:val="11"/>
              </w:numPr>
              <w:rPr>
                <w:rFonts w:ascii="Arial" w:hAnsi="Arial" w:cs="Arial"/>
                <w:noProof/>
              </w:rPr>
            </w:pPr>
            <w:r w:rsidRPr="00C01E99">
              <w:rPr>
                <w:rFonts w:ascii="Arial" w:hAnsi="Arial" w:cs="Arial"/>
                <w:noProof/>
              </w:rPr>
              <w:t>Document key decisions and team actions.</w:t>
            </w:r>
          </w:p>
          <w:p w14:paraId="443659E5" w14:textId="130DE55F" w:rsidR="00C01E99" w:rsidRPr="00C01E99" w:rsidRDefault="00C01E99" w:rsidP="00C01E99">
            <w:pPr>
              <w:pStyle w:val="ListParagraph"/>
              <w:numPr>
                <w:ilvl w:val="0"/>
                <w:numId w:val="11"/>
              </w:numPr>
              <w:rPr>
                <w:rFonts w:ascii="Arial" w:hAnsi="Arial" w:cs="Arial"/>
                <w:noProof/>
              </w:rPr>
            </w:pPr>
            <w:r w:rsidRPr="00C01E99">
              <w:rPr>
                <w:rFonts w:ascii="Arial" w:hAnsi="Arial" w:cs="Arial"/>
                <w:noProof/>
              </w:rPr>
              <w:t xml:space="preserve">Complete a JSA prior to commencement of tasks. </w:t>
            </w:r>
          </w:p>
        </w:tc>
      </w:tr>
      <w:tr w:rsidR="00C01E99" w:rsidRPr="00C01E99" w14:paraId="4E932A23" w14:textId="77777777" w:rsidTr="00C01E99">
        <w:tc>
          <w:tcPr>
            <w:tcW w:w="5265" w:type="dxa"/>
            <w:shd w:val="clear" w:color="auto" w:fill="D9D9D9" w:themeFill="background1" w:themeFillShade="D9"/>
          </w:tcPr>
          <w:p w14:paraId="4D6E0A15" w14:textId="1A156537" w:rsidR="00C01E99" w:rsidRPr="00C01E99" w:rsidRDefault="00C01E99" w:rsidP="00C01E99">
            <w:pPr>
              <w:jc w:val="center"/>
              <w:rPr>
                <w:rFonts w:ascii="Arial" w:hAnsi="Arial" w:cs="Arial"/>
                <w:b/>
                <w:bCs/>
                <w:noProof/>
                <w:color w:val="000000" w:themeColor="text1"/>
              </w:rPr>
            </w:pPr>
            <w:r w:rsidRPr="00C01E99">
              <w:rPr>
                <w:rFonts w:ascii="Arial" w:hAnsi="Arial" w:cs="Arial"/>
                <w:b/>
                <w:bCs/>
                <w:noProof/>
                <w:color w:val="000000" w:themeColor="text1"/>
              </w:rPr>
              <w:t>Additional Task Reporting Requirements</w:t>
            </w:r>
          </w:p>
        </w:tc>
        <w:tc>
          <w:tcPr>
            <w:tcW w:w="5265" w:type="dxa"/>
            <w:shd w:val="clear" w:color="auto" w:fill="D9D9D9" w:themeFill="background1" w:themeFillShade="D9"/>
          </w:tcPr>
          <w:p w14:paraId="1185A18C" w14:textId="59CF79A5" w:rsidR="00C01E99" w:rsidRPr="00C01E99" w:rsidRDefault="00C01E99" w:rsidP="00C01E99">
            <w:pPr>
              <w:jc w:val="center"/>
              <w:rPr>
                <w:rFonts w:ascii="Arial" w:hAnsi="Arial" w:cs="Arial"/>
                <w:b/>
                <w:bCs/>
                <w:noProof/>
                <w:color w:val="000000" w:themeColor="text1"/>
              </w:rPr>
            </w:pPr>
            <w:r w:rsidRPr="00C01E99">
              <w:rPr>
                <w:rFonts w:ascii="Arial" w:hAnsi="Arial" w:cs="Arial"/>
                <w:b/>
                <w:bCs/>
                <w:noProof/>
                <w:color w:val="000000" w:themeColor="text1"/>
              </w:rPr>
              <w:t>Additional Task Documentation Requirements</w:t>
            </w:r>
          </w:p>
        </w:tc>
      </w:tr>
      <w:tr w:rsidR="00C01E99" w:rsidRPr="00C01E99" w14:paraId="2E53F3E0" w14:textId="77777777" w:rsidTr="00C01E99">
        <w:tc>
          <w:tcPr>
            <w:tcW w:w="5265" w:type="dxa"/>
            <w:shd w:val="clear" w:color="auto" w:fill="D9D9D9" w:themeFill="background1" w:themeFillShade="D9"/>
          </w:tcPr>
          <w:p w14:paraId="5B07BB8C" w14:textId="77777777" w:rsidR="00C01E99" w:rsidRPr="00C01E99" w:rsidRDefault="00C01E99" w:rsidP="00C01E99">
            <w:pPr>
              <w:jc w:val="center"/>
              <w:rPr>
                <w:rFonts w:ascii="Arial" w:hAnsi="Arial" w:cs="Arial"/>
                <w:b/>
                <w:bCs/>
                <w:noProof/>
                <w:color w:val="000000" w:themeColor="text1"/>
              </w:rPr>
            </w:pPr>
          </w:p>
        </w:tc>
        <w:tc>
          <w:tcPr>
            <w:tcW w:w="5265" w:type="dxa"/>
            <w:shd w:val="clear" w:color="auto" w:fill="D9D9D9" w:themeFill="background1" w:themeFillShade="D9"/>
          </w:tcPr>
          <w:p w14:paraId="52B2BEF1" w14:textId="77777777" w:rsidR="00C01E99" w:rsidRPr="00C01E99" w:rsidRDefault="00C01E99" w:rsidP="00C01E99">
            <w:pPr>
              <w:jc w:val="center"/>
              <w:rPr>
                <w:rFonts w:ascii="Arial" w:hAnsi="Arial" w:cs="Arial"/>
                <w:b/>
                <w:bCs/>
                <w:noProof/>
                <w:color w:val="000000" w:themeColor="text1"/>
              </w:rPr>
            </w:pPr>
          </w:p>
        </w:tc>
      </w:tr>
      <w:tr w:rsidR="00C01E99" w:rsidRPr="00C01E99" w14:paraId="226FC978" w14:textId="77777777" w:rsidTr="00C01E99">
        <w:tc>
          <w:tcPr>
            <w:tcW w:w="5265" w:type="dxa"/>
            <w:shd w:val="clear" w:color="auto" w:fill="D9D9D9" w:themeFill="background1" w:themeFillShade="D9"/>
          </w:tcPr>
          <w:p w14:paraId="425784CD" w14:textId="77777777" w:rsidR="00C01E99" w:rsidRPr="00C01E99" w:rsidRDefault="00C01E99" w:rsidP="00C01E99">
            <w:pPr>
              <w:jc w:val="center"/>
              <w:rPr>
                <w:rFonts w:ascii="Arial" w:hAnsi="Arial" w:cs="Arial"/>
                <w:b/>
                <w:bCs/>
                <w:noProof/>
                <w:color w:val="000000" w:themeColor="text1"/>
              </w:rPr>
            </w:pPr>
          </w:p>
        </w:tc>
        <w:tc>
          <w:tcPr>
            <w:tcW w:w="5265" w:type="dxa"/>
            <w:shd w:val="clear" w:color="auto" w:fill="D9D9D9" w:themeFill="background1" w:themeFillShade="D9"/>
          </w:tcPr>
          <w:p w14:paraId="328E917A" w14:textId="77777777" w:rsidR="00C01E99" w:rsidRPr="00C01E99" w:rsidRDefault="00C01E99" w:rsidP="00C01E99">
            <w:pPr>
              <w:jc w:val="center"/>
              <w:rPr>
                <w:rFonts w:ascii="Arial" w:hAnsi="Arial" w:cs="Arial"/>
                <w:b/>
                <w:bCs/>
                <w:noProof/>
                <w:color w:val="000000" w:themeColor="text1"/>
              </w:rPr>
            </w:pPr>
          </w:p>
        </w:tc>
      </w:tr>
      <w:tr w:rsidR="00C01E99" w:rsidRPr="00C01E99" w14:paraId="1382FD13" w14:textId="77777777" w:rsidTr="00C01E99">
        <w:tc>
          <w:tcPr>
            <w:tcW w:w="5265" w:type="dxa"/>
            <w:shd w:val="clear" w:color="auto" w:fill="D9D9D9" w:themeFill="background1" w:themeFillShade="D9"/>
          </w:tcPr>
          <w:p w14:paraId="0C577FFF" w14:textId="77777777" w:rsidR="00C01E99" w:rsidRPr="00C01E99" w:rsidRDefault="00C01E99" w:rsidP="00C01E99">
            <w:pPr>
              <w:jc w:val="center"/>
              <w:rPr>
                <w:rFonts w:ascii="Arial" w:hAnsi="Arial" w:cs="Arial"/>
                <w:b/>
                <w:bCs/>
                <w:noProof/>
                <w:color w:val="000000" w:themeColor="text1"/>
              </w:rPr>
            </w:pPr>
          </w:p>
        </w:tc>
        <w:tc>
          <w:tcPr>
            <w:tcW w:w="5265" w:type="dxa"/>
            <w:shd w:val="clear" w:color="auto" w:fill="D9D9D9" w:themeFill="background1" w:themeFillShade="D9"/>
          </w:tcPr>
          <w:p w14:paraId="13D5FE21" w14:textId="77777777" w:rsidR="00C01E99" w:rsidRPr="00C01E99" w:rsidRDefault="00C01E99" w:rsidP="00C01E99">
            <w:pPr>
              <w:jc w:val="center"/>
              <w:rPr>
                <w:rFonts w:ascii="Arial" w:hAnsi="Arial" w:cs="Arial"/>
                <w:b/>
                <w:bCs/>
                <w:noProof/>
                <w:color w:val="000000" w:themeColor="text1"/>
              </w:rPr>
            </w:pPr>
          </w:p>
        </w:tc>
      </w:tr>
      <w:tr w:rsidR="00C01E99" w:rsidRPr="00C01E99" w14:paraId="4A3CC130" w14:textId="77777777" w:rsidTr="00C01E99">
        <w:tc>
          <w:tcPr>
            <w:tcW w:w="5265" w:type="dxa"/>
            <w:shd w:val="clear" w:color="auto" w:fill="D9D9D9" w:themeFill="background1" w:themeFillShade="D9"/>
          </w:tcPr>
          <w:p w14:paraId="2DD36C93" w14:textId="77777777" w:rsidR="00C01E99" w:rsidRPr="00C01E99" w:rsidRDefault="00C01E99" w:rsidP="00C01E99">
            <w:pPr>
              <w:jc w:val="center"/>
              <w:rPr>
                <w:rFonts w:ascii="Arial" w:hAnsi="Arial" w:cs="Arial"/>
                <w:b/>
                <w:bCs/>
                <w:noProof/>
                <w:color w:val="000000" w:themeColor="text1"/>
              </w:rPr>
            </w:pPr>
          </w:p>
        </w:tc>
        <w:tc>
          <w:tcPr>
            <w:tcW w:w="5265" w:type="dxa"/>
            <w:shd w:val="clear" w:color="auto" w:fill="D9D9D9" w:themeFill="background1" w:themeFillShade="D9"/>
          </w:tcPr>
          <w:p w14:paraId="22F91F91" w14:textId="77777777" w:rsidR="00C01E99" w:rsidRPr="00C01E99" w:rsidRDefault="00C01E99" w:rsidP="00C01E99">
            <w:pPr>
              <w:jc w:val="center"/>
              <w:rPr>
                <w:rFonts w:ascii="Arial" w:hAnsi="Arial" w:cs="Arial"/>
                <w:b/>
                <w:bCs/>
                <w:noProof/>
                <w:color w:val="000000" w:themeColor="text1"/>
              </w:rPr>
            </w:pPr>
          </w:p>
        </w:tc>
      </w:tr>
    </w:tbl>
    <w:tbl>
      <w:tblPr>
        <w:tblStyle w:val="TableGrid"/>
        <w:tblpPr w:leftFromText="180" w:rightFromText="180" w:vertAnchor="text" w:horzAnchor="margin" w:tblpY="253"/>
        <w:tblW w:w="0" w:type="auto"/>
        <w:tblLook w:val="04A0" w:firstRow="1" w:lastRow="0" w:firstColumn="1" w:lastColumn="0" w:noHBand="0" w:noVBand="1"/>
      </w:tblPr>
      <w:tblGrid>
        <w:gridCol w:w="339"/>
        <w:gridCol w:w="4908"/>
        <w:gridCol w:w="339"/>
        <w:gridCol w:w="4944"/>
      </w:tblGrid>
      <w:tr w:rsidR="00C01E99" w14:paraId="40166D83" w14:textId="77777777" w:rsidTr="00C01E99">
        <w:tc>
          <w:tcPr>
            <w:tcW w:w="10530" w:type="dxa"/>
            <w:gridSpan w:val="4"/>
            <w:shd w:val="clear" w:color="auto" w:fill="007DBA"/>
          </w:tcPr>
          <w:p w14:paraId="3105A1A1" w14:textId="77777777" w:rsidR="00C01E99" w:rsidRPr="00C01E99" w:rsidRDefault="00C01E99" w:rsidP="00C01E99">
            <w:pPr>
              <w:jc w:val="center"/>
              <w:rPr>
                <w:rFonts w:ascii="Arial" w:hAnsi="Arial" w:cs="Arial"/>
                <w:b/>
                <w:bCs/>
                <w:noProof/>
              </w:rPr>
            </w:pPr>
            <w:r w:rsidRPr="00C01E99">
              <w:rPr>
                <w:rFonts w:ascii="Arial" w:hAnsi="Arial" w:cs="Arial"/>
                <w:b/>
                <w:bCs/>
                <w:noProof/>
                <w:color w:val="FFFFFF" w:themeColor="background1"/>
              </w:rPr>
              <w:t>Task Assignment Attachments (If Applicable)</w:t>
            </w:r>
          </w:p>
        </w:tc>
      </w:tr>
      <w:tr w:rsidR="00C01E99" w14:paraId="1490C0E6" w14:textId="77777777" w:rsidTr="00C01E99">
        <w:tc>
          <w:tcPr>
            <w:tcW w:w="339" w:type="dxa"/>
            <w:shd w:val="clear" w:color="auto" w:fill="D9D9D9" w:themeFill="background1" w:themeFillShade="D9"/>
          </w:tcPr>
          <w:p w14:paraId="37741421" w14:textId="59724F40" w:rsidR="00C01E99" w:rsidRPr="00C01E99" w:rsidRDefault="00C01E99" w:rsidP="00C01E99">
            <w:pPr>
              <w:rPr>
                <w:rFonts w:ascii="Arial" w:hAnsi="Arial" w:cs="Arial"/>
                <w:b/>
                <w:bCs/>
                <w:noProof/>
              </w:rPr>
            </w:pPr>
            <w:r w:rsidRPr="00C01E99">
              <w:rPr>
                <w:rFonts w:ascii="Arial" w:hAnsi="Arial" w:cs="Arial"/>
                <w:b/>
                <w:bCs/>
                <w:noProof/>
              </w:rPr>
              <w:t>1</w:t>
            </w:r>
          </w:p>
        </w:tc>
        <w:tc>
          <w:tcPr>
            <w:tcW w:w="4955" w:type="dxa"/>
            <w:shd w:val="clear" w:color="auto" w:fill="C6D9F1" w:themeFill="text2" w:themeFillTint="33"/>
          </w:tcPr>
          <w:p w14:paraId="7B351226" w14:textId="16F268BC" w:rsidR="00C01E99" w:rsidRDefault="00C01E99" w:rsidP="00C01E99">
            <w:pPr>
              <w:jc w:val="center"/>
              <w:rPr>
                <w:rFonts w:ascii="Arial" w:hAnsi="Arial" w:cs="Arial"/>
                <w:noProof/>
              </w:rPr>
            </w:pPr>
            <w:r>
              <w:rPr>
                <w:rFonts w:ascii="Arial" w:hAnsi="Arial" w:cs="Arial"/>
                <w:noProof/>
              </w:rPr>
              <w:t>ICS 205f – Field Communications Plan</w:t>
            </w:r>
          </w:p>
        </w:tc>
        <w:tc>
          <w:tcPr>
            <w:tcW w:w="236" w:type="dxa"/>
            <w:shd w:val="clear" w:color="auto" w:fill="D9D9D9" w:themeFill="background1" w:themeFillShade="D9"/>
          </w:tcPr>
          <w:p w14:paraId="3E0625AE" w14:textId="11571ED9" w:rsidR="00C01E99" w:rsidRPr="00C01E99" w:rsidRDefault="00C01E99" w:rsidP="00C01E99">
            <w:pPr>
              <w:rPr>
                <w:rFonts w:ascii="Arial" w:hAnsi="Arial" w:cs="Arial"/>
                <w:b/>
                <w:bCs/>
                <w:noProof/>
              </w:rPr>
            </w:pPr>
            <w:r w:rsidRPr="00C01E99">
              <w:rPr>
                <w:rFonts w:ascii="Arial" w:hAnsi="Arial" w:cs="Arial"/>
                <w:b/>
                <w:bCs/>
                <w:noProof/>
              </w:rPr>
              <w:t>2</w:t>
            </w:r>
          </w:p>
        </w:tc>
        <w:tc>
          <w:tcPr>
            <w:tcW w:w="5000" w:type="dxa"/>
            <w:shd w:val="clear" w:color="auto" w:fill="C6D9F1" w:themeFill="text2" w:themeFillTint="33"/>
          </w:tcPr>
          <w:p w14:paraId="0CE05104" w14:textId="10E5BC5A" w:rsidR="00C01E99" w:rsidRDefault="00C01E99" w:rsidP="00C01E99">
            <w:pPr>
              <w:jc w:val="center"/>
              <w:rPr>
                <w:rFonts w:ascii="Arial" w:hAnsi="Arial" w:cs="Arial"/>
                <w:noProof/>
              </w:rPr>
            </w:pPr>
            <w:r>
              <w:rPr>
                <w:rFonts w:ascii="Arial" w:hAnsi="Arial" w:cs="Arial"/>
                <w:noProof/>
              </w:rPr>
              <w:t>ICS 206f – Field Medical Evacuation Plan</w:t>
            </w:r>
          </w:p>
        </w:tc>
      </w:tr>
      <w:tr w:rsidR="00C01E99" w14:paraId="4ACD2CA4" w14:textId="77777777" w:rsidTr="00C01E99">
        <w:tc>
          <w:tcPr>
            <w:tcW w:w="339" w:type="dxa"/>
            <w:shd w:val="clear" w:color="auto" w:fill="D9D9D9" w:themeFill="background1" w:themeFillShade="D9"/>
          </w:tcPr>
          <w:p w14:paraId="1045051C" w14:textId="56472114" w:rsidR="00C01E99" w:rsidRPr="00C01E99" w:rsidRDefault="00C01E99" w:rsidP="00C01E99">
            <w:pPr>
              <w:rPr>
                <w:rFonts w:ascii="Arial" w:hAnsi="Arial" w:cs="Arial"/>
                <w:b/>
                <w:bCs/>
                <w:noProof/>
              </w:rPr>
            </w:pPr>
            <w:r w:rsidRPr="00C01E99">
              <w:rPr>
                <w:rFonts w:ascii="Arial" w:hAnsi="Arial" w:cs="Arial"/>
                <w:b/>
                <w:bCs/>
                <w:noProof/>
              </w:rPr>
              <w:t>3</w:t>
            </w:r>
          </w:p>
        </w:tc>
        <w:tc>
          <w:tcPr>
            <w:tcW w:w="4955" w:type="dxa"/>
            <w:shd w:val="clear" w:color="auto" w:fill="C6D9F1" w:themeFill="text2" w:themeFillTint="33"/>
          </w:tcPr>
          <w:p w14:paraId="42E1B693" w14:textId="2A92BD40" w:rsidR="00C01E99" w:rsidRDefault="00C01E99" w:rsidP="00C01E99">
            <w:pPr>
              <w:jc w:val="center"/>
              <w:rPr>
                <w:rFonts w:ascii="Arial" w:hAnsi="Arial" w:cs="Arial"/>
                <w:noProof/>
              </w:rPr>
            </w:pPr>
            <w:r>
              <w:rPr>
                <w:rFonts w:ascii="Arial" w:hAnsi="Arial" w:cs="Arial"/>
                <w:noProof/>
              </w:rPr>
              <w:t>Map / Chart / Site Diagram</w:t>
            </w:r>
          </w:p>
        </w:tc>
        <w:tc>
          <w:tcPr>
            <w:tcW w:w="236" w:type="dxa"/>
            <w:shd w:val="clear" w:color="auto" w:fill="D9D9D9" w:themeFill="background1" w:themeFillShade="D9"/>
          </w:tcPr>
          <w:p w14:paraId="6825F01B" w14:textId="01CCE997" w:rsidR="00C01E99" w:rsidRPr="00C01E99" w:rsidRDefault="00C01E99" w:rsidP="00C01E99">
            <w:pPr>
              <w:rPr>
                <w:rFonts w:ascii="Arial" w:hAnsi="Arial" w:cs="Arial"/>
                <w:b/>
                <w:bCs/>
                <w:noProof/>
              </w:rPr>
            </w:pPr>
            <w:r w:rsidRPr="00C01E99">
              <w:rPr>
                <w:rFonts w:ascii="Arial" w:hAnsi="Arial" w:cs="Arial"/>
                <w:b/>
                <w:bCs/>
                <w:noProof/>
              </w:rPr>
              <w:t>4</w:t>
            </w:r>
          </w:p>
        </w:tc>
        <w:tc>
          <w:tcPr>
            <w:tcW w:w="5000" w:type="dxa"/>
            <w:shd w:val="clear" w:color="auto" w:fill="C6D9F1" w:themeFill="text2" w:themeFillTint="33"/>
          </w:tcPr>
          <w:p w14:paraId="12791952" w14:textId="77777777" w:rsidR="00C01E99" w:rsidRDefault="00C01E99" w:rsidP="00C01E99">
            <w:pPr>
              <w:jc w:val="center"/>
              <w:rPr>
                <w:rFonts w:ascii="Arial" w:hAnsi="Arial" w:cs="Arial"/>
                <w:noProof/>
              </w:rPr>
            </w:pPr>
          </w:p>
        </w:tc>
      </w:tr>
      <w:tr w:rsidR="00C01E99" w14:paraId="7173CD06" w14:textId="77777777" w:rsidTr="00C01E99">
        <w:tc>
          <w:tcPr>
            <w:tcW w:w="339" w:type="dxa"/>
            <w:shd w:val="clear" w:color="auto" w:fill="D9D9D9" w:themeFill="background1" w:themeFillShade="D9"/>
          </w:tcPr>
          <w:p w14:paraId="3C365EDA" w14:textId="2D29F9DB" w:rsidR="00C01E99" w:rsidRPr="00C01E99" w:rsidRDefault="00C01E99" w:rsidP="00C01E99">
            <w:pPr>
              <w:rPr>
                <w:rFonts w:ascii="Arial" w:hAnsi="Arial" w:cs="Arial"/>
                <w:b/>
                <w:bCs/>
                <w:noProof/>
              </w:rPr>
            </w:pPr>
            <w:r w:rsidRPr="00C01E99">
              <w:rPr>
                <w:rFonts w:ascii="Arial" w:hAnsi="Arial" w:cs="Arial"/>
                <w:b/>
                <w:bCs/>
                <w:noProof/>
              </w:rPr>
              <w:t>5</w:t>
            </w:r>
          </w:p>
        </w:tc>
        <w:tc>
          <w:tcPr>
            <w:tcW w:w="4955" w:type="dxa"/>
            <w:shd w:val="clear" w:color="auto" w:fill="C6D9F1" w:themeFill="text2" w:themeFillTint="33"/>
          </w:tcPr>
          <w:p w14:paraId="0CE1B1C8" w14:textId="77777777" w:rsidR="00C01E99" w:rsidRDefault="00C01E99" w:rsidP="00C01E99">
            <w:pPr>
              <w:jc w:val="center"/>
              <w:rPr>
                <w:rFonts w:ascii="Arial" w:hAnsi="Arial" w:cs="Arial"/>
                <w:noProof/>
              </w:rPr>
            </w:pPr>
          </w:p>
        </w:tc>
        <w:tc>
          <w:tcPr>
            <w:tcW w:w="236" w:type="dxa"/>
            <w:shd w:val="clear" w:color="auto" w:fill="D9D9D9" w:themeFill="background1" w:themeFillShade="D9"/>
          </w:tcPr>
          <w:p w14:paraId="496DFE4D" w14:textId="3E6322A6" w:rsidR="00C01E99" w:rsidRPr="00C01E99" w:rsidRDefault="00C01E99" w:rsidP="00C01E99">
            <w:pPr>
              <w:rPr>
                <w:rFonts w:ascii="Arial" w:hAnsi="Arial" w:cs="Arial"/>
                <w:b/>
                <w:bCs/>
                <w:noProof/>
              </w:rPr>
            </w:pPr>
            <w:r w:rsidRPr="00C01E99">
              <w:rPr>
                <w:rFonts w:ascii="Arial" w:hAnsi="Arial" w:cs="Arial"/>
                <w:b/>
                <w:bCs/>
                <w:noProof/>
              </w:rPr>
              <w:t>6</w:t>
            </w:r>
          </w:p>
        </w:tc>
        <w:tc>
          <w:tcPr>
            <w:tcW w:w="5000" w:type="dxa"/>
            <w:shd w:val="clear" w:color="auto" w:fill="C6D9F1" w:themeFill="text2" w:themeFillTint="33"/>
          </w:tcPr>
          <w:p w14:paraId="1BC1B61A" w14:textId="77777777" w:rsidR="00C01E99" w:rsidRDefault="00C01E99" w:rsidP="00C01E99">
            <w:pPr>
              <w:jc w:val="center"/>
              <w:rPr>
                <w:rFonts w:ascii="Arial" w:hAnsi="Arial" w:cs="Arial"/>
                <w:noProof/>
              </w:rPr>
            </w:pPr>
          </w:p>
        </w:tc>
      </w:tr>
    </w:tbl>
    <w:tbl>
      <w:tblPr>
        <w:tblStyle w:val="TableGrid"/>
        <w:tblpPr w:leftFromText="180" w:rightFromText="180" w:vertAnchor="text" w:horzAnchor="margin" w:tblpY="1468"/>
        <w:tblW w:w="0" w:type="auto"/>
        <w:tblLook w:val="04A0" w:firstRow="1" w:lastRow="0" w:firstColumn="1" w:lastColumn="0" w:noHBand="0" w:noVBand="1"/>
      </w:tblPr>
      <w:tblGrid>
        <w:gridCol w:w="10530"/>
      </w:tblGrid>
      <w:tr w:rsidR="00C01E99" w14:paraId="79B7452D" w14:textId="77777777" w:rsidTr="00C01E99">
        <w:tc>
          <w:tcPr>
            <w:tcW w:w="10530" w:type="dxa"/>
            <w:shd w:val="clear" w:color="auto" w:fill="D9D9D9" w:themeFill="background1" w:themeFillShade="D9"/>
          </w:tcPr>
          <w:p w14:paraId="7D211889" w14:textId="5F77056D" w:rsidR="00C01E99" w:rsidRPr="00C01E99" w:rsidRDefault="00C01E99" w:rsidP="00C01E99">
            <w:pPr>
              <w:rPr>
                <w:rFonts w:ascii="Arial" w:hAnsi="Arial" w:cs="Arial"/>
                <w:b/>
                <w:bCs/>
                <w:noProof/>
              </w:rPr>
            </w:pPr>
            <w:r w:rsidRPr="00C01E99">
              <w:rPr>
                <w:rFonts w:ascii="Arial" w:hAnsi="Arial" w:cs="Arial"/>
                <w:b/>
                <w:bCs/>
                <w:noProof/>
              </w:rPr>
              <w:t>Notes:</w:t>
            </w:r>
          </w:p>
        </w:tc>
      </w:tr>
    </w:tbl>
    <w:p w14:paraId="6098B795" w14:textId="03DDA02A" w:rsidR="00C01E99" w:rsidRPr="00C01E99" w:rsidRDefault="00C01E99">
      <w:pPr>
        <w:rPr>
          <w:rFonts w:ascii="Arial" w:hAnsi="Arial" w:cs="Arial"/>
          <w:noProof/>
        </w:rPr>
      </w:pPr>
      <w:r>
        <w:rPr>
          <w:rFonts w:ascii="Arial" w:hAnsi="Arial" w:cs="Arial"/>
          <w:noProof/>
        </w:rPr>
        <w:lastRenderedPageBreak/>
        <w:br/>
      </w:r>
    </w:p>
    <w:p w14:paraId="04177E98" w14:textId="650CF6B5" w:rsidR="00C01E99" w:rsidRPr="00C01E99" w:rsidRDefault="00C01E99">
      <w:pPr>
        <w:rPr>
          <w:rFonts w:ascii="Arial" w:hAnsi="Arial" w:cs="Arial"/>
          <w:noProof/>
        </w:rPr>
      </w:pPr>
    </w:p>
    <w:p w14:paraId="298CE0E1" w14:textId="77777777" w:rsidR="00C01E99" w:rsidRPr="00C01E99" w:rsidRDefault="00C01E99" w:rsidP="00C01E99">
      <w:pPr>
        <w:rPr>
          <w:rFonts w:ascii="Arial" w:hAnsi="Arial" w:cs="Arial"/>
          <w:noProof/>
        </w:rPr>
      </w:pPr>
      <w:r w:rsidRPr="00C01E99">
        <w:rPr>
          <w:rFonts w:ascii="Arial" w:hAnsi="Arial" w:cs="Arial"/>
          <w:noProof/>
        </w:rPr>
        <w:t xml:space="preserve">DTMI may collect your name, personal contact details, identifying details (e.g. position title and officer number, if applying in the course of your duties as a government officer) and signature to assess your application to access information collected by DTMI. The details you provide will be retained as a record of your request for this information. </w:t>
      </w:r>
    </w:p>
    <w:p w14:paraId="1C9BE238" w14:textId="77777777" w:rsidR="00C01E99" w:rsidRPr="00C01E99" w:rsidRDefault="00C01E99" w:rsidP="00C01E99">
      <w:pPr>
        <w:rPr>
          <w:rFonts w:ascii="Arial" w:hAnsi="Arial" w:cs="Arial"/>
          <w:noProof/>
        </w:rPr>
      </w:pPr>
      <w:r w:rsidRPr="00C01E99">
        <w:rPr>
          <w:rFonts w:ascii="Arial" w:hAnsi="Arial" w:cs="Arial"/>
          <w:noProof/>
        </w:rPr>
        <w:t xml:space="preserve">Providing these details is voluntary but incomplete applications may be refused. DTMI may disclose your information to law enforcement agencies, interstate or overseas licensing authorities, courts or other entities as permitted by law, including for identity verification and law enforcement purposes. </w:t>
      </w:r>
    </w:p>
    <w:p w14:paraId="14A6B230" w14:textId="1B89FF67" w:rsidR="00C01E99" w:rsidRPr="00C01E99" w:rsidRDefault="00C01E99" w:rsidP="00C01E99">
      <w:r w:rsidRPr="00C01E99">
        <w:rPr>
          <w:rFonts w:ascii="Arial" w:hAnsi="Arial" w:cs="Arial"/>
          <w:noProof/>
        </w:rPr>
        <w:t xml:space="preserve">DTMI is committed to protecting your privacy. For more information on how we handle your personal information, including the purposes for which it may be used and disclosed, visit </w:t>
      </w:r>
      <w:hyperlink r:id="rId8" w:history="1">
        <w:r w:rsidRPr="00C01E99">
          <w:rPr>
            <w:rStyle w:val="Hyperlink"/>
            <w:rFonts w:ascii="Arial" w:hAnsi="Arial" w:cs="Arial"/>
            <w:noProof/>
          </w:rPr>
          <w:t>transport.wa.gov.au/privacy</w:t>
        </w:r>
      </w:hyperlink>
      <w:r w:rsidRPr="00C01E99">
        <w:rPr>
          <w:rFonts w:ascii="Arial" w:hAnsi="Arial" w:cs="Arial"/>
          <w:noProof/>
        </w:rPr>
        <w:t xml:space="preserve">. You may access or correct your personal information by emailing </w:t>
      </w:r>
      <w:hyperlink r:id="rId9" w:history="1">
        <w:r w:rsidRPr="000F3317">
          <w:rPr>
            <w:rStyle w:val="Hyperlink"/>
            <w:rFonts w:ascii="Arial" w:hAnsi="Arial" w:cs="Arial"/>
            <w:noProof/>
          </w:rPr>
          <w:t>foi@transport.wa.gov.au</w:t>
        </w:r>
      </w:hyperlink>
      <w:r>
        <w:rPr>
          <w:rFonts w:ascii="Arial" w:hAnsi="Arial" w:cs="Arial"/>
          <w:noProof/>
        </w:rPr>
        <w:t xml:space="preserve"> </w:t>
      </w:r>
      <w:r w:rsidRPr="00C01E99">
        <w:rPr>
          <w:rFonts w:ascii="Arial" w:hAnsi="Arial" w:cs="Arial"/>
          <w:noProof/>
        </w:rPr>
        <w:t xml:space="preserve">or visiting </w:t>
      </w:r>
      <w:hyperlink r:id="rId10" w:history="1">
        <w:r w:rsidRPr="00C01E99">
          <w:rPr>
            <w:rStyle w:val="Hyperlink"/>
            <w:rFonts w:ascii="Arial" w:hAnsi="Arial" w:cs="Arial"/>
            <w:noProof/>
          </w:rPr>
          <w:t>transport.wa.gov.au/foi</w:t>
        </w:r>
      </w:hyperlink>
      <w:r w:rsidRPr="00C01E99">
        <w:rPr>
          <w:rFonts w:ascii="Arial" w:hAnsi="Arial" w:cs="Arial"/>
          <w:noProof/>
        </w:rPr>
        <w:t xml:space="preserve">.  </w:t>
      </w:r>
      <w:r>
        <w:rPr>
          <w:noProof/>
        </w:rPr>
        <w:br/>
      </w:r>
      <w:r>
        <w:rPr>
          <w:noProof/>
        </w:rPr>
        <w:br/>
      </w:r>
      <w:r>
        <w:rPr>
          <w:noProof/>
        </w:rPr>
        <w:br/>
      </w:r>
      <w:r>
        <w:rPr>
          <w:noProof/>
        </w:rPr>
        <w:br/>
      </w:r>
      <w:r>
        <w:rPr>
          <w:noProof/>
        </w:rPr>
        <w:br/>
      </w:r>
    </w:p>
    <w:sectPr w:rsidR="00C01E99" w:rsidRPr="00C01E99" w:rsidSect="00C01E99">
      <w:headerReference w:type="even" r:id="rId11"/>
      <w:headerReference w:type="default" r:id="rId12"/>
      <w:footerReference w:type="default" r:id="rId13"/>
      <w:headerReference w:type="first" r:id="rId14"/>
      <w:pgSz w:w="12240" w:h="15840"/>
      <w:pgMar w:top="680" w:right="850" w:bottom="1440" w:left="850" w:header="0"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2442" w14:textId="77777777" w:rsidR="008C50A6" w:rsidRDefault="008C50A6" w:rsidP="00661755">
      <w:pPr>
        <w:spacing w:after="0" w:line="240" w:lineRule="auto"/>
      </w:pPr>
      <w:r>
        <w:separator/>
      </w:r>
    </w:p>
  </w:endnote>
  <w:endnote w:type="continuationSeparator" w:id="0">
    <w:p w14:paraId="2ED133D5" w14:textId="77777777" w:rsidR="008C50A6" w:rsidRDefault="008C50A6" w:rsidP="00661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D4F9" w14:textId="21F26ED0" w:rsidR="00C01E99" w:rsidRPr="004F2C80" w:rsidRDefault="00C01E99">
    <w:pPr>
      <w:pStyle w:val="Footer"/>
      <w:jc w:val="right"/>
      <w:rPr>
        <w:rFonts w:ascii="Arial" w:hAnsi="Arial" w:cs="Arial"/>
      </w:rPr>
    </w:pPr>
  </w:p>
  <w:p w14:paraId="326749A4" w14:textId="4F2541FB" w:rsidR="004F2C80" w:rsidRPr="004F2C80" w:rsidRDefault="00C01E99" w:rsidP="004F2C80">
    <w:pPr>
      <w:pStyle w:val="Footer"/>
      <w:tabs>
        <w:tab w:val="clear" w:pos="9360"/>
        <w:tab w:val="right" w:pos="10490"/>
      </w:tabs>
      <w:rPr>
        <w:rFonts w:ascii="Arial" w:hAnsi="Arial" w:cs="Arial"/>
      </w:rPr>
    </w:pPr>
    <w:r w:rsidRPr="004F2C80">
      <w:rPr>
        <w:rFonts w:ascii="Arial" w:hAnsi="Arial" w:cs="Arial"/>
      </w:rPr>
      <w:fldChar w:fldCharType="begin"/>
    </w:r>
    <w:r w:rsidRPr="004F2C80">
      <w:rPr>
        <w:rFonts w:ascii="Arial" w:hAnsi="Arial" w:cs="Arial"/>
      </w:rPr>
      <w:instrText xml:space="preserve"> FILENAME \* MERGEFORMAT </w:instrText>
    </w:r>
    <w:r w:rsidRPr="004F2C80">
      <w:rPr>
        <w:rFonts w:ascii="Arial" w:hAnsi="Arial" w:cs="Arial"/>
      </w:rPr>
      <w:fldChar w:fldCharType="separate"/>
    </w:r>
    <w:r w:rsidRPr="004F2C80">
      <w:rPr>
        <w:rFonts w:ascii="Arial" w:hAnsi="Arial" w:cs="Arial"/>
        <w:noProof/>
      </w:rPr>
      <w:t>ICS204a_DTMI_Branded_Form</w:t>
    </w:r>
    <w:r w:rsidRPr="004F2C80">
      <w:rPr>
        <w:rFonts w:ascii="Arial" w:hAnsi="Arial" w:cs="Arial"/>
        <w:noProof/>
      </w:rPr>
      <w:fldChar w:fldCharType="end"/>
    </w:r>
    <w:r w:rsidRPr="004F2C80">
      <w:rPr>
        <w:rFonts w:ascii="Arial" w:hAnsi="Arial" w:cs="Arial"/>
      </w:rPr>
      <w:fldChar w:fldCharType="begin"/>
    </w:r>
    <w:r w:rsidRPr="004F2C80">
      <w:rPr>
        <w:rFonts w:ascii="Arial" w:hAnsi="Arial" w:cs="Arial"/>
      </w:rPr>
      <w:instrText xml:space="preserve"> FILENAME \p \* MERGEFORMAT </w:instrText>
    </w:r>
    <w:r w:rsidRPr="004F2C80">
      <w:rPr>
        <w:rFonts w:ascii="Arial" w:hAnsi="Arial" w:cs="Arial"/>
      </w:rPr>
      <w:fldChar w:fldCharType="separate"/>
    </w:r>
    <w:r w:rsidRPr="004F2C80">
      <w:rPr>
        <w:rFonts w:ascii="Arial" w:hAnsi="Arial" w:cs="Arial"/>
      </w:rPr>
      <w:fldChar w:fldCharType="end"/>
    </w:r>
    <w:r w:rsidRPr="004F2C80">
      <w:rPr>
        <w:rFonts w:ascii="Arial" w:hAnsi="Arial" w:cs="Arial"/>
      </w:rPr>
      <w:tab/>
      <w:t xml:space="preserve">              Review: 14/08/2026</w:t>
    </w:r>
    <w:r w:rsidR="004F2C80">
      <w:rPr>
        <w:rFonts w:ascii="Arial" w:hAnsi="Arial" w:cs="Arial"/>
      </w:rPr>
      <w:tab/>
    </w:r>
    <w:sdt>
      <w:sdtPr>
        <w:rPr>
          <w:rFonts w:ascii="Arial" w:hAnsi="Arial" w:cs="Arial"/>
        </w:rPr>
        <w:id w:val="-1769616900"/>
        <w:docPartObj>
          <w:docPartGallery w:val="Page Numbers (Top of Page)"/>
          <w:docPartUnique/>
        </w:docPartObj>
      </w:sdtPr>
      <w:sdtContent>
        <w:r w:rsidR="004F2C80" w:rsidRPr="004F2C80">
          <w:rPr>
            <w:rFonts w:ascii="Arial" w:hAnsi="Arial" w:cs="Arial"/>
          </w:rPr>
          <w:t xml:space="preserve">Page </w:t>
        </w:r>
        <w:r w:rsidR="004F2C80" w:rsidRPr="004F2C80">
          <w:rPr>
            <w:rFonts w:ascii="Arial" w:hAnsi="Arial" w:cs="Arial"/>
            <w:b/>
            <w:bCs/>
          </w:rPr>
          <w:fldChar w:fldCharType="begin"/>
        </w:r>
        <w:r w:rsidR="004F2C80" w:rsidRPr="004F2C80">
          <w:rPr>
            <w:rFonts w:ascii="Arial" w:hAnsi="Arial" w:cs="Arial"/>
            <w:b/>
            <w:bCs/>
          </w:rPr>
          <w:instrText xml:space="preserve"> PAGE </w:instrText>
        </w:r>
        <w:r w:rsidR="004F2C80" w:rsidRPr="004F2C80">
          <w:rPr>
            <w:rFonts w:ascii="Arial" w:hAnsi="Arial" w:cs="Arial"/>
            <w:b/>
            <w:bCs/>
          </w:rPr>
          <w:fldChar w:fldCharType="separate"/>
        </w:r>
        <w:r w:rsidR="004F2C80">
          <w:rPr>
            <w:rFonts w:ascii="Arial" w:hAnsi="Arial" w:cs="Arial"/>
            <w:b/>
            <w:bCs/>
          </w:rPr>
          <w:t>2</w:t>
        </w:r>
        <w:r w:rsidR="004F2C80" w:rsidRPr="004F2C80">
          <w:rPr>
            <w:rFonts w:ascii="Arial" w:hAnsi="Arial" w:cs="Arial"/>
            <w:b/>
            <w:bCs/>
          </w:rPr>
          <w:fldChar w:fldCharType="end"/>
        </w:r>
        <w:r w:rsidR="004F2C80" w:rsidRPr="004F2C80">
          <w:rPr>
            <w:rFonts w:ascii="Arial" w:hAnsi="Arial" w:cs="Arial"/>
          </w:rPr>
          <w:t xml:space="preserve"> of </w:t>
        </w:r>
        <w:r w:rsidR="004F2C80" w:rsidRPr="004F2C80">
          <w:rPr>
            <w:rFonts w:ascii="Arial" w:hAnsi="Arial" w:cs="Arial"/>
            <w:b/>
            <w:bCs/>
          </w:rPr>
          <w:fldChar w:fldCharType="begin"/>
        </w:r>
        <w:r w:rsidR="004F2C80" w:rsidRPr="004F2C80">
          <w:rPr>
            <w:rFonts w:ascii="Arial" w:hAnsi="Arial" w:cs="Arial"/>
            <w:b/>
            <w:bCs/>
          </w:rPr>
          <w:instrText xml:space="preserve"> NUMPAGES  </w:instrText>
        </w:r>
        <w:r w:rsidR="004F2C80" w:rsidRPr="004F2C80">
          <w:rPr>
            <w:rFonts w:ascii="Arial" w:hAnsi="Arial" w:cs="Arial"/>
            <w:b/>
            <w:bCs/>
          </w:rPr>
          <w:fldChar w:fldCharType="separate"/>
        </w:r>
        <w:r w:rsidR="004F2C80">
          <w:rPr>
            <w:rFonts w:ascii="Arial" w:hAnsi="Arial" w:cs="Arial"/>
            <w:b/>
            <w:bCs/>
          </w:rPr>
          <w:t>3</w:t>
        </w:r>
        <w:r w:rsidR="004F2C80" w:rsidRPr="004F2C80">
          <w:rPr>
            <w:rFonts w:ascii="Arial" w:hAnsi="Arial" w:cs="Arial"/>
            <w:b/>
            <w:bCs/>
          </w:rPr>
          <w:fldChar w:fldCharType="end"/>
        </w:r>
      </w:sdtContent>
    </w:sdt>
  </w:p>
  <w:p w14:paraId="1CCD280A" w14:textId="3F80EA7A" w:rsidR="00C01E99" w:rsidRPr="004F2C80" w:rsidRDefault="00C01E99" w:rsidP="00C01E99">
    <w:pPr>
      <w:pStyle w:val="Footer"/>
      <w:tabs>
        <w:tab w:val="left" w:pos="1740"/>
        <w:tab w:val="center" w:pos="527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23FAA" w14:textId="77777777" w:rsidR="008C50A6" w:rsidRDefault="008C50A6" w:rsidP="00661755">
      <w:pPr>
        <w:spacing w:after="0" w:line="240" w:lineRule="auto"/>
      </w:pPr>
      <w:r>
        <w:separator/>
      </w:r>
    </w:p>
  </w:footnote>
  <w:footnote w:type="continuationSeparator" w:id="0">
    <w:p w14:paraId="7271DAAA" w14:textId="77777777" w:rsidR="008C50A6" w:rsidRDefault="008C50A6" w:rsidP="00661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4A50" w14:textId="347CF463" w:rsidR="00661755" w:rsidRDefault="00F9153A">
    <w:pPr>
      <w:pStyle w:val="Header"/>
    </w:pPr>
    <w:r>
      <w:rPr>
        <w:noProof/>
      </w:rPr>
      <mc:AlternateContent>
        <mc:Choice Requires="wps">
          <w:drawing>
            <wp:anchor distT="0" distB="0" distL="0" distR="0" simplePos="0" relativeHeight="251659264" behindDoc="0" locked="0" layoutInCell="1" allowOverlap="1" wp14:anchorId="38B837DB" wp14:editId="20EECF3F">
              <wp:simplePos x="635" y="635"/>
              <wp:positionH relativeFrom="page">
                <wp:align>center</wp:align>
              </wp:positionH>
              <wp:positionV relativeFrom="page">
                <wp:align>top</wp:align>
              </wp:positionV>
              <wp:extent cx="609600" cy="409575"/>
              <wp:effectExtent l="0" t="0" r="0" b="9525"/>
              <wp:wrapNone/>
              <wp:docPr id="21203816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4872666" w14:textId="5FD8F2FD" w:rsidR="00F9153A" w:rsidRPr="00F9153A" w:rsidRDefault="00F9153A" w:rsidP="00F9153A">
                          <w:pPr>
                            <w:spacing w:after="0"/>
                            <w:rPr>
                              <w:rFonts w:ascii="Aptos" w:eastAsia="Aptos" w:hAnsi="Aptos" w:cs="Aptos"/>
                              <w:noProof/>
                              <w:color w:val="000000"/>
                              <w:sz w:val="24"/>
                              <w:szCs w:val="24"/>
                            </w:rPr>
                          </w:pPr>
                          <w:r w:rsidRPr="00F9153A">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B837DB" id="_x0000_t202" coordsize="21600,21600" o:spt="202" path="m,l,21600r21600,l21600,xe">
              <v:stroke joinstyle="miter"/>
              <v:path gradientshapeok="t" o:connecttype="rect"/>
            </v:shapetype>
            <v:shape id="_x0000_s1031" type="#_x0000_t202" alt="OFFICIAL" style="position:absolute;margin-left:0;margin-top:0;width:48pt;height:32.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filled="f" stroked="f">
              <v:textbox style="mso-fit-shape-to-text:t" inset="0,15pt,0,0">
                <w:txbxContent>
                  <w:p w14:paraId="54872666" w14:textId="5FD8F2FD" w:rsidR="00F9153A" w:rsidRPr="00F9153A" w:rsidRDefault="00F9153A" w:rsidP="00F9153A">
                    <w:pPr>
                      <w:spacing w:after="0"/>
                      <w:rPr>
                        <w:rFonts w:ascii="Aptos" w:eastAsia="Aptos" w:hAnsi="Aptos" w:cs="Aptos"/>
                        <w:noProof/>
                        <w:color w:val="000000"/>
                        <w:sz w:val="24"/>
                        <w:szCs w:val="24"/>
                      </w:rPr>
                    </w:pPr>
                    <w:r w:rsidRPr="00F9153A">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4161" w14:textId="43BFE2B4" w:rsidR="00661755" w:rsidRPr="00C01E99" w:rsidRDefault="00C01E99" w:rsidP="00C01E99">
    <w:pPr>
      <w:rPr>
        <w:rFonts w:ascii="Arial" w:hAnsi="Arial" w:cs="Arial"/>
      </w:rPr>
    </w:pPr>
    <w:r>
      <w:rPr>
        <w:noProof/>
      </w:rPr>
      <w:drawing>
        <wp:anchor distT="0" distB="0" distL="114300" distR="114300" simplePos="0" relativeHeight="251661312" behindDoc="0" locked="1" layoutInCell="1" allowOverlap="1" wp14:anchorId="32F6573E" wp14:editId="28CD3DE5">
          <wp:simplePos x="0" y="0"/>
          <wp:positionH relativeFrom="page">
            <wp:posOffset>-66675</wp:posOffset>
          </wp:positionH>
          <wp:positionV relativeFrom="page">
            <wp:posOffset>0</wp:posOffset>
          </wp:positionV>
          <wp:extent cx="7848600" cy="1139825"/>
          <wp:effectExtent l="0" t="0" r="0" b="3175"/>
          <wp:wrapNone/>
          <wp:docPr id="393846080" name="Picture 393846080" descr="Logo Government of Western Australia Department of Transport and Major Infrastructure. Empowering a thriving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Logo Government of Western Australia Department of Transport and Major Infrastructure. Empowering a thriving community."/>
                  <pic:cNvPicPr/>
                </pic:nvPicPr>
                <pic:blipFill>
                  <a:blip r:embed="rId1"/>
                  <a:stretch>
                    <a:fillRect/>
                  </a:stretch>
                </pic:blipFill>
                <pic:spPr>
                  <a:xfrm>
                    <a:off x="0" y="0"/>
                    <a:ext cx="7848600" cy="11398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DE05" w14:textId="7652DBFA" w:rsidR="00661755" w:rsidRDefault="00F9153A">
    <w:pPr>
      <w:pStyle w:val="Header"/>
    </w:pPr>
    <w:r>
      <w:rPr>
        <w:noProof/>
      </w:rPr>
      <mc:AlternateContent>
        <mc:Choice Requires="wps">
          <w:drawing>
            <wp:anchor distT="0" distB="0" distL="0" distR="0" simplePos="0" relativeHeight="251658240" behindDoc="0" locked="0" layoutInCell="1" allowOverlap="1" wp14:anchorId="63CE092B" wp14:editId="6D63494C">
              <wp:simplePos x="635" y="635"/>
              <wp:positionH relativeFrom="page">
                <wp:align>center</wp:align>
              </wp:positionH>
              <wp:positionV relativeFrom="page">
                <wp:align>top</wp:align>
              </wp:positionV>
              <wp:extent cx="609600" cy="409575"/>
              <wp:effectExtent l="0" t="0" r="0" b="9525"/>
              <wp:wrapNone/>
              <wp:docPr id="66533595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0113F4DE" w14:textId="75A59C1F" w:rsidR="00F9153A" w:rsidRPr="00F9153A" w:rsidRDefault="00F9153A" w:rsidP="00F9153A">
                          <w:pPr>
                            <w:spacing w:after="0"/>
                            <w:rPr>
                              <w:rFonts w:ascii="Aptos" w:eastAsia="Aptos" w:hAnsi="Aptos" w:cs="Aptos"/>
                              <w:noProof/>
                              <w:color w:val="000000"/>
                              <w:sz w:val="24"/>
                              <w:szCs w:val="24"/>
                            </w:rPr>
                          </w:pPr>
                          <w:r w:rsidRPr="00F9153A">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CE092B" id="_x0000_t202" coordsize="21600,21600" o:spt="202" path="m,l,21600r21600,l21600,xe">
              <v:stroke joinstyle="miter"/>
              <v:path gradientshapeok="t" o:connecttype="rect"/>
            </v:shapetype>
            <v:shape id="Text Box 1" o:spid="_x0000_s1032" type="#_x0000_t202" alt="OFFICIAL" style="position:absolute;margin-left:0;margin-top:0;width:48pt;height:32.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" filled="f" stroked="f">
              <v:textbox style="mso-fit-shape-to-text:t" inset="0,15pt,0,0">
                <w:txbxContent>
                  <w:p w14:paraId="0113F4DE" w14:textId="75A59C1F" w:rsidR="00F9153A" w:rsidRPr="00F9153A" w:rsidRDefault="00F9153A" w:rsidP="00F9153A">
                    <w:pPr>
                      <w:spacing w:after="0"/>
                      <w:rPr>
                        <w:rFonts w:ascii="Aptos" w:eastAsia="Aptos" w:hAnsi="Aptos" w:cs="Aptos"/>
                        <w:noProof/>
                        <w:color w:val="000000"/>
                        <w:sz w:val="24"/>
                        <w:szCs w:val="24"/>
                      </w:rPr>
                    </w:pPr>
                    <w:r w:rsidRPr="00F9153A">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F0A5D08"/>
    <w:multiLevelType w:val="hybridMultilevel"/>
    <w:tmpl w:val="15604F2A"/>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CF5C7F"/>
    <w:multiLevelType w:val="hybridMultilevel"/>
    <w:tmpl w:val="774AA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1085193">
    <w:abstractNumId w:val="8"/>
  </w:num>
  <w:num w:numId="2" w16cid:durableId="713963136">
    <w:abstractNumId w:val="6"/>
  </w:num>
  <w:num w:numId="3" w16cid:durableId="450709107">
    <w:abstractNumId w:val="5"/>
  </w:num>
  <w:num w:numId="4" w16cid:durableId="1812289502">
    <w:abstractNumId w:val="4"/>
  </w:num>
  <w:num w:numId="5" w16cid:durableId="1931238551">
    <w:abstractNumId w:val="7"/>
  </w:num>
  <w:num w:numId="6" w16cid:durableId="1771467337">
    <w:abstractNumId w:val="3"/>
  </w:num>
  <w:num w:numId="7" w16cid:durableId="1975330633">
    <w:abstractNumId w:val="2"/>
  </w:num>
  <w:num w:numId="8" w16cid:durableId="1376000913">
    <w:abstractNumId w:val="1"/>
  </w:num>
  <w:num w:numId="9" w16cid:durableId="210384519">
    <w:abstractNumId w:val="0"/>
  </w:num>
  <w:num w:numId="10" w16cid:durableId="879124037">
    <w:abstractNumId w:val="10"/>
  </w:num>
  <w:num w:numId="11" w16cid:durableId="15842962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1128"/>
    <w:rsid w:val="0029639D"/>
    <w:rsid w:val="00326F90"/>
    <w:rsid w:val="0041140A"/>
    <w:rsid w:val="004D774B"/>
    <w:rsid w:val="004F2C80"/>
    <w:rsid w:val="00661755"/>
    <w:rsid w:val="008C50A6"/>
    <w:rsid w:val="00A02A4A"/>
    <w:rsid w:val="00AA1D8D"/>
    <w:rsid w:val="00B47730"/>
    <w:rsid w:val="00B912A8"/>
    <w:rsid w:val="00C01E99"/>
    <w:rsid w:val="00C66751"/>
    <w:rsid w:val="00C678C5"/>
    <w:rsid w:val="00CB0664"/>
    <w:rsid w:val="00D30061"/>
    <w:rsid w:val="00E26535"/>
    <w:rsid w:val="00E50F91"/>
    <w:rsid w:val="00F9153A"/>
    <w:rsid w:val="00FB0F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0E788EE4-74C8-4499-B05C-1002618B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2-Accent1">
    <w:name w:val="Grid Table 2 Accent 1"/>
    <w:basedOn w:val="TableNormal"/>
    <w:uiPriority w:val="47"/>
    <w:rsid w:val="00C01E9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C01E9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C01E9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PlaceholderText">
    <w:name w:val="Placeholder Text"/>
    <w:basedOn w:val="DefaultParagraphFont"/>
    <w:uiPriority w:val="99"/>
    <w:semiHidden/>
    <w:rsid w:val="00C01E99"/>
    <w:rPr>
      <w:color w:val="666666"/>
    </w:rPr>
  </w:style>
  <w:style w:type="character" w:styleId="Hyperlink">
    <w:name w:val="Hyperlink"/>
    <w:basedOn w:val="DefaultParagraphFont"/>
    <w:uiPriority w:val="99"/>
    <w:unhideWhenUsed/>
    <w:rsid w:val="00C01E99"/>
    <w:rPr>
      <w:color w:val="0000FF" w:themeColor="hyperlink"/>
      <w:u w:val="single"/>
    </w:rPr>
  </w:style>
  <w:style w:type="character" w:styleId="UnresolvedMention">
    <w:name w:val="Unresolved Mention"/>
    <w:basedOn w:val="DefaultParagraphFont"/>
    <w:uiPriority w:val="99"/>
    <w:semiHidden/>
    <w:unhideWhenUsed/>
    <w:rsid w:val="00C01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port.wa.gov.au/about-us/legal-information/privac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nsport.wa.gov.au/about-us/legal-information/freedom-information" TargetMode="External"/><Relationship Id="rId4" Type="http://schemas.openxmlformats.org/officeDocument/2006/relationships/settings" Target="settings.xml"/><Relationship Id="rId9" Type="http://schemas.openxmlformats.org/officeDocument/2006/relationships/hyperlink" Target="mailto:foi@transport.wa.gov.a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85FF84-CE26-43FB-BDA6-645D3190016C}"/>
      </w:docPartPr>
      <w:docPartBody>
        <w:p w:rsidR="00410C0A" w:rsidRDefault="002A230D">
          <w:r w:rsidRPr="000F3317">
            <w:rPr>
              <w:rStyle w:val="PlaceholderText"/>
            </w:rPr>
            <w:t>Choose an item.</w:t>
          </w:r>
        </w:p>
      </w:docPartBody>
    </w:docPart>
    <w:docPart>
      <w:docPartPr>
        <w:name w:val="15081EEE82A44772ADE08300E1059E31"/>
        <w:category>
          <w:name w:val="General"/>
          <w:gallery w:val="placeholder"/>
        </w:category>
        <w:types>
          <w:type w:val="bbPlcHdr"/>
        </w:types>
        <w:behaviors>
          <w:behavior w:val="content"/>
        </w:behaviors>
        <w:guid w:val="{32F15B34-9AF3-4BC8-8E65-0A5E0A3D7E1B}"/>
      </w:docPartPr>
      <w:docPartBody>
        <w:p w:rsidR="00410C0A" w:rsidRDefault="002A230D" w:rsidP="002A230D">
          <w:pPr>
            <w:pStyle w:val="15081EEE82A44772ADE08300E1059E311"/>
          </w:pPr>
          <w:r w:rsidRPr="000F3317">
            <w:rPr>
              <w:rStyle w:val="PlaceholderText"/>
            </w:rPr>
            <w:t>Choose an item.</w:t>
          </w:r>
        </w:p>
      </w:docPartBody>
    </w:docPart>
    <w:docPart>
      <w:docPartPr>
        <w:name w:val="EC5CBA8289134E5BAFE48F3827E809EC"/>
        <w:category>
          <w:name w:val="General"/>
          <w:gallery w:val="placeholder"/>
        </w:category>
        <w:types>
          <w:type w:val="bbPlcHdr"/>
        </w:types>
        <w:behaviors>
          <w:behavior w:val="content"/>
        </w:behaviors>
        <w:guid w:val="{2B079605-847D-441A-9FA1-C227382C114C}"/>
      </w:docPartPr>
      <w:docPartBody>
        <w:p w:rsidR="00410C0A" w:rsidRDefault="002A230D" w:rsidP="002A230D">
          <w:pPr>
            <w:pStyle w:val="EC5CBA8289134E5BAFE48F3827E809EC1"/>
          </w:pPr>
          <w:r w:rsidRPr="000F331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0D"/>
    <w:rsid w:val="00160C86"/>
    <w:rsid w:val="002A230D"/>
    <w:rsid w:val="00410C0A"/>
    <w:rsid w:val="00702381"/>
    <w:rsid w:val="00D30061"/>
    <w:rsid w:val="00D742EB"/>
    <w:rsid w:val="00E265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30D"/>
    <w:rPr>
      <w:color w:val="666666"/>
    </w:rPr>
  </w:style>
  <w:style w:type="paragraph" w:customStyle="1" w:styleId="15081EEE82A44772ADE08300E1059E311">
    <w:name w:val="15081EEE82A44772ADE08300E1059E311"/>
    <w:rsid w:val="002A230D"/>
    <w:pPr>
      <w:spacing w:after="200" w:line="276" w:lineRule="auto"/>
    </w:pPr>
    <w:rPr>
      <w:kern w:val="0"/>
      <w:sz w:val="22"/>
      <w:szCs w:val="22"/>
      <w:lang w:val="en-US" w:eastAsia="en-US"/>
      <w14:ligatures w14:val="none"/>
    </w:rPr>
  </w:style>
  <w:style w:type="paragraph" w:customStyle="1" w:styleId="EC5CBA8289134E5BAFE48F3827E809EC1">
    <w:name w:val="EC5CBA8289134E5BAFE48F3827E809EC1"/>
    <w:rsid w:val="002A230D"/>
    <w:pPr>
      <w:spacing w:after="200" w:line="276" w:lineRule="auto"/>
    </w:pPr>
    <w:rPr>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624da173-6602-4885-a65b-c0bd2702bca0}" enabled="1" method="Standard" siteId="{ced71ed6-76dd-43d0-9acc-cf122b3bc423}"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3</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Department of Transport and Major Infrastructure</Company>
  <LinksUpToDate>false</LinksUpToDate>
  <CharactersWithSpaces>2836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 204a Field Task Assignment</dc:title>
  <dc:subject/>
  <dc:creator>Department of Transport and Major Infrastructure</dc:creator>
  <cp:keywords/>
  <dc:description>generated by python-docx</dc:description>
  <cp:lastModifiedBy>Karen Taylor</cp:lastModifiedBy>
  <cp:revision>4</cp:revision>
  <dcterms:created xsi:type="dcterms:W3CDTF">2026-08-14T05:08:00Z</dcterms:created>
  <dcterms:modified xsi:type="dcterms:W3CDTF">2026-08-17T00:52:00Z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27a83896,7e6274bb,4d88682c</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ies>
</file>